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159D" w14:textId="1761D888" w:rsidR="00774075" w:rsidRDefault="00473207">
      <w:pPr>
        <w:pStyle w:val="TOCHeading"/>
      </w:pPr>
      <w:r>
        <w:rPr>
          <w:noProof/>
        </w:rPr>
        <w:drawing>
          <wp:anchor distT="0" distB="0" distL="114300" distR="114300" simplePos="0" relativeHeight="251658242" behindDoc="0" locked="0" layoutInCell="1" allowOverlap="1" wp14:anchorId="275CE43C" wp14:editId="0B5CE885">
            <wp:simplePos x="0" y="0"/>
            <wp:positionH relativeFrom="page">
              <wp:align>right</wp:align>
            </wp:positionH>
            <wp:positionV relativeFrom="paragraph">
              <wp:posOffset>-914400</wp:posOffset>
            </wp:positionV>
            <wp:extent cx="7550199" cy="10684485"/>
            <wp:effectExtent l="0" t="0" r="0" b="3175"/>
            <wp:wrapNone/>
            <wp:docPr id="1920290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90223" name="Picture 2"/>
                    <pic:cNvPicPr>
                      <a:picLocks noChangeAspect="1" noChangeArrowheads="1"/>
                    </pic:cNvPicPr>
                  </pic:nvPicPr>
                  <pic:blipFill>
                    <a:blip r:embed="rId11"/>
                    <a:stretch>
                      <a:fillRect/>
                    </a:stretch>
                  </pic:blipFill>
                  <pic:spPr bwMode="auto">
                    <a:xfrm>
                      <a:off x="0" y="0"/>
                      <a:ext cx="7550199" cy="1068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AA11D6" w14:textId="77777777" w:rsidR="00774075" w:rsidRDefault="00774075" w:rsidP="00774075"/>
    <w:p w14:paraId="5B67A6E9" w14:textId="77777777" w:rsidR="00774075" w:rsidRDefault="00774075" w:rsidP="00774075"/>
    <w:p w14:paraId="365B9267" w14:textId="05230ED1" w:rsidR="00774075" w:rsidRDefault="00774075" w:rsidP="00774075"/>
    <w:p w14:paraId="5A596563" w14:textId="48CD69BC" w:rsidR="00774075" w:rsidRDefault="00774075" w:rsidP="00774075"/>
    <w:p w14:paraId="59F89BE3" w14:textId="01AB9D8E" w:rsidR="00774075" w:rsidRDefault="000E4C80" w:rsidP="000E4C80">
      <w:pPr>
        <w:tabs>
          <w:tab w:val="left" w:pos="1507"/>
          <w:tab w:val="left" w:pos="3031"/>
        </w:tabs>
      </w:pPr>
      <w:r>
        <w:tab/>
      </w:r>
      <w:r>
        <w:tab/>
      </w:r>
    </w:p>
    <w:p w14:paraId="463D7DC8" w14:textId="77777777" w:rsidR="00774075" w:rsidRDefault="00774075" w:rsidP="00774075"/>
    <w:p w14:paraId="21C0DBF3" w14:textId="77777777" w:rsidR="00774075" w:rsidRDefault="00774075" w:rsidP="00774075"/>
    <w:p w14:paraId="12833F13" w14:textId="77777777" w:rsidR="00774075" w:rsidRDefault="00774075" w:rsidP="00774075"/>
    <w:p w14:paraId="2F5A9F6D" w14:textId="77777777" w:rsidR="00774075" w:rsidRDefault="00774075" w:rsidP="00774075"/>
    <w:p w14:paraId="7FFC4733" w14:textId="77777777" w:rsidR="00774075" w:rsidRDefault="00774075" w:rsidP="00774075"/>
    <w:p w14:paraId="3A849367" w14:textId="77777777" w:rsidR="00774075" w:rsidRDefault="00774075" w:rsidP="00774075"/>
    <w:p w14:paraId="25DD50A5" w14:textId="77777777" w:rsidR="00774075" w:rsidRDefault="00774075" w:rsidP="00774075"/>
    <w:p w14:paraId="55669BA7" w14:textId="77777777" w:rsidR="00774075" w:rsidRDefault="00774075" w:rsidP="00774075"/>
    <w:p w14:paraId="0CA26310" w14:textId="77777777" w:rsidR="00774075" w:rsidRDefault="00774075" w:rsidP="00774075"/>
    <w:p w14:paraId="5911965B" w14:textId="44EBDA32" w:rsidR="00774075" w:rsidRDefault="00774075" w:rsidP="00774075"/>
    <w:p w14:paraId="37B1B07E" w14:textId="77777777" w:rsidR="00774075" w:rsidRDefault="00774075" w:rsidP="00774075"/>
    <w:p w14:paraId="654AD2EC" w14:textId="77777777" w:rsidR="00774075" w:rsidRDefault="00774075" w:rsidP="00774075"/>
    <w:p w14:paraId="16ADD52C" w14:textId="77777777" w:rsidR="00774075" w:rsidRDefault="00774075" w:rsidP="00774075"/>
    <w:p w14:paraId="5F5BE3E4" w14:textId="77777777" w:rsidR="00774075" w:rsidRDefault="00774075" w:rsidP="00774075"/>
    <w:p w14:paraId="0CE4AEE0" w14:textId="77777777" w:rsidR="00774075" w:rsidRDefault="00774075" w:rsidP="00774075"/>
    <w:p w14:paraId="22192C36" w14:textId="77777777" w:rsidR="00774075" w:rsidRDefault="00774075" w:rsidP="00774075"/>
    <w:p w14:paraId="3824E833" w14:textId="77777777" w:rsidR="00774075" w:rsidRDefault="00774075" w:rsidP="00774075"/>
    <w:p w14:paraId="68B0D3C0" w14:textId="77777777" w:rsidR="00774075" w:rsidRDefault="00774075" w:rsidP="00774075"/>
    <w:p w14:paraId="540B4E6C" w14:textId="77777777" w:rsidR="00774075" w:rsidRDefault="00774075" w:rsidP="00774075"/>
    <w:p w14:paraId="70089878" w14:textId="77777777" w:rsidR="00B93370" w:rsidRDefault="00B93370" w:rsidP="00774075"/>
    <w:p w14:paraId="465B02C9" w14:textId="77777777" w:rsidR="00B93370" w:rsidRDefault="00B93370" w:rsidP="00774075"/>
    <w:p w14:paraId="44242F24" w14:textId="77777777" w:rsidR="00B93370" w:rsidRDefault="00B93370" w:rsidP="00774075"/>
    <w:p w14:paraId="73B5BA4D" w14:textId="7E3C818D" w:rsidR="00DD09BE" w:rsidRDefault="00DD09BE" w:rsidP="00DD09BE">
      <w:pPr>
        <w:pStyle w:val="Heading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A32A27" w:rsidRPr="00A06FF7" w14:paraId="7486AD83" w14:textId="77777777" w:rsidTr="00D8207F">
        <w:tc>
          <w:tcPr>
            <w:tcW w:w="9743" w:type="dxa"/>
            <w:shd w:val="clear" w:color="auto" w:fill="F0F0F0"/>
          </w:tcPr>
          <w:p w14:paraId="15C67DFF" w14:textId="77777777" w:rsidR="00A32A27" w:rsidRPr="00A06FF7" w:rsidRDefault="00A32A27" w:rsidP="00D8207F">
            <w:pPr>
              <w:pStyle w:val="Subtitle"/>
              <w:spacing w:before="160" w:after="0"/>
              <w:rPr>
                <w:sz w:val="20"/>
                <w:szCs w:val="20"/>
              </w:rPr>
            </w:pPr>
            <w:r w:rsidRPr="00A06FF7">
              <w:rPr>
                <w:sz w:val="20"/>
                <w:szCs w:val="20"/>
              </w:rPr>
              <w:lastRenderedPageBreak/>
              <w:t>Instructions</w:t>
            </w:r>
          </w:p>
          <w:p w14:paraId="40C86C7C" w14:textId="7922EA94" w:rsidR="005174A7" w:rsidRDefault="00A32A27" w:rsidP="00D8207F">
            <w:pPr>
              <w:spacing w:before="160"/>
              <w:rPr>
                <w:sz w:val="20"/>
                <w:szCs w:val="20"/>
              </w:rPr>
            </w:pPr>
            <w:r w:rsidRPr="00A06FF7">
              <w:rPr>
                <w:sz w:val="20"/>
                <w:szCs w:val="20"/>
              </w:rPr>
              <w:t>Complete all sections</w:t>
            </w:r>
            <w:r w:rsidR="002E42C7">
              <w:rPr>
                <w:sz w:val="20"/>
                <w:szCs w:val="20"/>
              </w:rPr>
              <w:t xml:space="preserve"> and </w:t>
            </w:r>
            <w:r w:rsidR="0073639A">
              <w:rPr>
                <w:sz w:val="20"/>
                <w:szCs w:val="20"/>
              </w:rPr>
              <w:t>submit</w:t>
            </w:r>
            <w:r w:rsidR="002E42C7">
              <w:rPr>
                <w:sz w:val="20"/>
                <w:szCs w:val="20"/>
              </w:rPr>
              <w:t xml:space="preserve"> </w:t>
            </w:r>
            <w:r w:rsidR="0073639A">
              <w:rPr>
                <w:sz w:val="20"/>
                <w:szCs w:val="20"/>
              </w:rPr>
              <w:t xml:space="preserve">via email to </w:t>
            </w:r>
            <w:hyperlink r:id="rId12" w:history="1">
              <w:r w:rsidR="0073639A" w:rsidRPr="000D73B5">
                <w:rPr>
                  <w:rStyle w:val="Hyperlink"/>
                  <w:sz w:val="20"/>
                  <w:szCs w:val="20"/>
                </w:rPr>
                <w:t>info@mdnsw.org.au</w:t>
              </w:r>
            </w:hyperlink>
            <w:r w:rsidRPr="00A06FF7">
              <w:rPr>
                <w:sz w:val="20"/>
                <w:szCs w:val="20"/>
              </w:rPr>
              <w:t xml:space="preserve">. </w:t>
            </w:r>
            <w:r w:rsidR="005174A7">
              <w:rPr>
                <w:sz w:val="20"/>
                <w:szCs w:val="20"/>
              </w:rPr>
              <w:t>Before submitting, please ensure:</w:t>
            </w:r>
          </w:p>
          <w:permStart w:id="557472370" w:edGrp="everyone"/>
          <w:p w14:paraId="2E1AF6CC" w14:textId="25606F11" w:rsidR="00A32A27" w:rsidRDefault="002C0D44" w:rsidP="00D8207F">
            <w:pPr>
              <w:spacing w:before="160"/>
              <w:rPr>
                <w:sz w:val="20"/>
                <w:szCs w:val="20"/>
              </w:rPr>
            </w:pPr>
            <w:sdt>
              <w:sdtPr>
                <w:rPr>
                  <w:sz w:val="20"/>
                  <w:szCs w:val="20"/>
                </w:rPr>
                <w:id w:val="-1560472277"/>
                <w14:checkbox>
                  <w14:checked w14:val="0"/>
                  <w14:checkedState w14:val="2612" w14:font="MS Gothic"/>
                  <w14:uncheckedState w14:val="2610" w14:font="MS Gothic"/>
                </w14:checkbox>
              </w:sdtPr>
              <w:sdtEndPr/>
              <w:sdtContent>
                <w:r w:rsidR="005876CE">
                  <w:rPr>
                    <w:rFonts w:ascii="MS Gothic" w:eastAsia="MS Gothic" w:hAnsi="MS Gothic" w:hint="eastAsia"/>
                    <w:sz w:val="20"/>
                    <w:szCs w:val="20"/>
                  </w:rPr>
                  <w:t>☐</w:t>
                </w:r>
              </w:sdtContent>
            </w:sdt>
            <w:r w:rsidR="00A32A27" w:rsidRPr="00A06FF7">
              <w:rPr>
                <w:sz w:val="20"/>
                <w:szCs w:val="20"/>
              </w:rPr>
              <w:t xml:space="preserve"> </w:t>
            </w:r>
            <w:permEnd w:id="557472370"/>
            <w:r w:rsidR="005174A7" w:rsidRPr="005174A7">
              <w:rPr>
                <w:sz w:val="20"/>
                <w:szCs w:val="20"/>
              </w:rPr>
              <w:t>Application form is complete.</w:t>
            </w:r>
          </w:p>
          <w:permStart w:id="1441530444" w:edGrp="everyone"/>
          <w:p w14:paraId="3C7FFE2E" w14:textId="69BBC857" w:rsidR="00BE2D3C" w:rsidRPr="00BE2D3C" w:rsidRDefault="002C0D44" w:rsidP="00BE2D3C">
            <w:pPr>
              <w:spacing w:before="160"/>
              <w:rPr>
                <w:sz w:val="20"/>
                <w:szCs w:val="20"/>
              </w:rPr>
            </w:pPr>
            <w:sdt>
              <w:sdtPr>
                <w:rPr>
                  <w:sz w:val="20"/>
                  <w:szCs w:val="20"/>
                </w:rPr>
                <w:id w:val="594368343"/>
                <w14:checkbox>
                  <w14:checked w14:val="0"/>
                  <w14:checkedState w14:val="2612" w14:font="MS Gothic"/>
                  <w14:uncheckedState w14:val="2610" w14:font="MS Gothic"/>
                </w14:checkbox>
              </w:sdtPr>
              <w:sdtEndPr/>
              <w:sdtContent>
                <w:r w:rsidR="00777B85">
                  <w:rPr>
                    <w:rFonts w:ascii="MS Gothic" w:eastAsia="MS Gothic" w:hAnsi="MS Gothic" w:hint="eastAsia"/>
                    <w:sz w:val="20"/>
                    <w:szCs w:val="20"/>
                  </w:rPr>
                  <w:t>☐</w:t>
                </w:r>
              </w:sdtContent>
            </w:sdt>
            <w:r w:rsidR="00BE2D3C">
              <w:rPr>
                <w:sz w:val="20"/>
                <w:szCs w:val="20"/>
              </w:rPr>
              <w:t xml:space="preserve"> </w:t>
            </w:r>
            <w:permEnd w:id="1441530444"/>
            <w:r w:rsidR="00BE2D3C" w:rsidRPr="00BE2D3C">
              <w:rPr>
                <w:sz w:val="20"/>
                <w:szCs w:val="20"/>
              </w:rPr>
              <w:t>Detailed budget template is completed and attached</w:t>
            </w:r>
            <w:r w:rsidR="00B67D3A">
              <w:rPr>
                <w:sz w:val="20"/>
                <w:szCs w:val="20"/>
              </w:rPr>
              <w:t xml:space="preserve"> (</w:t>
            </w:r>
            <w:hyperlink r:id="rId13" w:history="1">
              <w:r w:rsidR="00B67D3A" w:rsidRPr="00B67D3A">
                <w:rPr>
                  <w:rStyle w:val="Hyperlink"/>
                  <w:sz w:val="20"/>
                  <w:szCs w:val="20"/>
                </w:rPr>
                <w:t>download here</w:t>
              </w:r>
            </w:hyperlink>
            <w:r w:rsidR="00B67D3A">
              <w:rPr>
                <w:sz w:val="20"/>
                <w:szCs w:val="20"/>
              </w:rPr>
              <w:t>)</w:t>
            </w:r>
            <w:r w:rsidR="00BE2D3C" w:rsidRPr="00BE2D3C">
              <w:rPr>
                <w:sz w:val="20"/>
                <w:szCs w:val="20"/>
              </w:rPr>
              <w:t>.</w:t>
            </w:r>
          </w:p>
          <w:permStart w:id="826083959" w:edGrp="everyone"/>
          <w:p w14:paraId="3224AA6B" w14:textId="4A91EA63" w:rsidR="00BE2D3C" w:rsidRPr="00BE2D3C" w:rsidRDefault="002C0D44" w:rsidP="00BE2D3C">
            <w:pPr>
              <w:spacing w:before="160"/>
              <w:rPr>
                <w:sz w:val="20"/>
                <w:szCs w:val="20"/>
              </w:rPr>
            </w:pPr>
            <w:sdt>
              <w:sdtPr>
                <w:rPr>
                  <w:sz w:val="20"/>
                  <w:szCs w:val="20"/>
                </w:rPr>
                <w:id w:val="1852825777"/>
                <w14:checkbox>
                  <w14:checked w14:val="0"/>
                  <w14:checkedState w14:val="2612" w14:font="MS Gothic"/>
                  <w14:uncheckedState w14:val="2610" w14:font="MS Gothic"/>
                </w14:checkbox>
              </w:sdtPr>
              <w:sdtEndPr/>
              <w:sdtContent>
                <w:r w:rsidR="00BE2D3C">
                  <w:rPr>
                    <w:rFonts w:ascii="MS Gothic" w:eastAsia="MS Gothic" w:hAnsi="MS Gothic" w:hint="eastAsia"/>
                    <w:sz w:val="20"/>
                    <w:szCs w:val="20"/>
                  </w:rPr>
                  <w:t>☐</w:t>
                </w:r>
              </w:sdtContent>
            </w:sdt>
            <w:r w:rsidR="00BE2D3C">
              <w:rPr>
                <w:sz w:val="20"/>
                <w:szCs w:val="20"/>
              </w:rPr>
              <w:t xml:space="preserve"> </w:t>
            </w:r>
            <w:permEnd w:id="826083959"/>
            <w:r w:rsidR="00BE2D3C" w:rsidRPr="00BE2D3C">
              <w:rPr>
                <w:sz w:val="20"/>
                <w:szCs w:val="20"/>
              </w:rPr>
              <w:t>CVs for all investigators are attached.</w:t>
            </w:r>
          </w:p>
          <w:permStart w:id="1154834279" w:edGrp="everyone"/>
          <w:p w14:paraId="7ADC67CA" w14:textId="19C7D8CF" w:rsidR="005174A7" w:rsidRPr="00A06FF7" w:rsidRDefault="002C0D44" w:rsidP="00D8207F">
            <w:pPr>
              <w:spacing w:before="160"/>
              <w:rPr>
                <w:sz w:val="20"/>
                <w:szCs w:val="20"/>
              </w:rPr>
            </w:pPr>
            <w:sdt>
              <w:sdtPr>
                <w:rPr>
                  <w:sz w:val="20"/>
                  <w:szCs w:val="20"/>
                </w:rPr>
                <w:id w:val="-790513202"/>
                <w14:checkbox>
                  <w14:checked w14:val="0"/>
                  <w14:checkedState w14:val="2612" w14:font="MS Gothic"/>
                  <w14:uncheckedState w14:val="2610" w14:font="MS Gothic"/>
                </w14:checkbox>
              </w:sdtPr>
              <w:sdtEndPr/>
              <w:sdtContent>
                <w:r w:rsidR="00BE2D3C">
                  <w:rPr>
                    <w:rFonts w:ascii="MS Gothic" w:eastAsia="MS Gothic" w:hAnsi="MS Gothic" w:hint="eastAsia"/>
                    <w:sz w:val="20"/>
                    <w:szCs w:val="20"/>
                  </w:rPr>
                  <w:t>☐</w:t>
                </w:r>
              </w:sdtContent>
            </w:sdt>
            <w:r w:rsidR="00BE2D3C">
              <w:rPr>
                <w:sz w:val="20"/>
                <w:szCs w:val="20"/>
              </w:rPr>
              <w:t xml:space="preserve"> </w:t>
            </w:r>
            <w:permEnd w:id="1154834279"/>
            <w:r w:rsidR="00BE2D3C" w:rsidRPr="00BE2D3C">
              <w:rPr>
                <w:sz w:val="20"/>
                <w:szCs w:val="20"/>
              </w:rPr>
              <w:t>Declaration is completed and signed.</w:t>
            </w:r>
          </w:p>
        </w:tc>
      </w:tr>
    </w:tbl>
    <w:p w14:paraId="38884719" w14:textId="754885AE" w:rsidR="00DD09BE" w:rsidRDefault="00DD09BE" w:rsidP="00932870">
      <w:pPr>
        <w:pStyle w:val="Heading2"/>
        <w:numPr>
          <w:ilvl w:val="0"/>
          <w:numId w:val="8"/>
        </w:numPr>
        <w:spacing w:before="480"/>
        <w:ind w:left="714" w:hanging="357"/>
      </w:pPr>
      <w:r>
        <w:t xml:space="preserve">Applicant </w:t>
      </w:r>
      <w:r w:rsidR="00021111">
        <w:t xml:space="preserve">and Project </w:t>
      </w:r>
      <w:r>
        <w:t>Details</w:t>
      </w:r>
    </w:p>
    <w:tbl>
      <w:tblPr>
        <w:tblStyle w:val="TableGrid"/>
        <w:tblW w:w="9786" w:type="dxa"/>
        <w:tblInd w:w="-5" w:type="dxa"/>
        <w:tblBorders>
          <w:top w:val="none" w:sz="0" w:space="0" w:color="auto"/>
          <w:left w:val="none" w:sz="0" w:space="0" w:color="auto"/>
          <w:bottom w:val="single" w:sz="4" w:space="0" w:color="FFFFFF" w:themeColor="background1"/>
          <w:right w:val="none" w:sz="0" w:space="0" w:color="auto"/>
          <w:insideH w:val="none" w:sz="0" w:space="0" w:color="auto"/>
          <w:insideV w:val="none" w:sz="0" w:space="0" w:color="auto"/>
        </w:tblBorders>
        <w:tblLook w:val="04A0" w:firstRow="1" w:lastRow="0" w:firstColumn="1" w:lastColumn="0" w:noHBand="0" w:noVBand="1"/>
      </w:tblPr>
      <w:tblGrid>
        <w:gridCol w:w="4116"/>
        <w:gridCol w:w="284"/>
        <w:gridCol w:w="2121"/>
        <w:gridCol w:w="283"/>
        <w:gridCol w:w="2982"/>
      </w:tblGrid>
      <w:tr w:rsidR="00DD09BE" w14:paraId="5CF62024" w14:textId="77777777">
        <w:trPr>
          <w:trHeight w:val="283"/>
        </w:trPr>
        <w:tc>
          <w:tcPr>
            <w:tcW w:w="9786" w:type="dxa"/>
            <w:gridSpan w:val="5"/>
            <w:shd w:val="clear" w:color="auto" w:fill="D4E8F7"/>
          </w:tcPr>
          <w:p w14:paraId="5F1C5502" w14:textId="240C832C" w:rsidR="00DD09BE" w:rsidRDefault="00DD09BE">
            <w:pPr>
              <w:pStyle w:val="ListBullet"/>
              <w:numPr>
                <w:ilvl w:val="0"/>
                <w:numId w:val="0"/>
              </w:numPr>
              <w:spacing w:after="0"/>
            </w:pPr>
            <w:r w:rsidRPr="00037DB2">
              <w:rPr>
                <w:rStyle w:val="Strong"/>
              </w:rPr>
              <w:t>Chief Investigator (CI)</w:t>
            </w:r>
          </w:p>
        </w:tc>
      </w:tr>
      <w:tr w:rsidR="00DD09BE" w14:paraId="659D1252" w14:textId="77777777">
        <w:tc>
          <w:tcPr>
            <w:tcW w:w="4116" w:type="dxa"/>
            <w:tcBorders>
              <w:bottom w:val="single" w:sz="4" w:space="0" w:color="auto"/>
            </w:tcBorders>
          </w:tcPr>
          <w:p w14:paraId="693BECED" w14:textId="7FFD839B" w:rsidR="00DD09BE" w:rsidRDefault="00DD09BE">
            <w:pPr>
              <w:pStyle w:val="ListBullet"/>
              <w:numPr>
                <w:ilvl w:val="0"/>
                <w:numId w:val="0"/>
              </w:numPr>
            </w:pPr>
          </w:p>
          <w:p w14:paraId="3AFD36DC" w14:textId="77777777" w:rsidR="00DD09BE" w:rsidRDefault="00DD09BE">
            <w:pPr>
              <w:pStyle w:val="ListBullet"/>
              <w:numPr>
                <w:ilvl w:val="0"/>
                <w:numId w:val="0"/>
              </w:numPr>
            </w:pPr>
            <w:r>
              <w:t>Name:</w:t>
            </w:r>
          </w:p>
          <w:p w14:paraId="1F2E6BF1" w14:textId="050DD85F" w:rsidR="00DD09BE" w:rsidRDefault="003F6DB4">
            <w:pPr>
              <w:pStyle w:val="ListBullet"/>
              <w:numPr>
                <w:ilvl w:val="0"/>
                <w:numId w:val="0"/>
              </w:numPr>
            </w:pPr>
            <w:permStart w:id="1964118576" w:edGrp="everyone"/>
            <w:r w:rsidRPr="003F6DB4">
              <w:tab/>
            </w:r>
            <w:r>
              <w:tab/>
            </w:r>
            <w:permEnd w:id="1964118576"/>
          </w:p>
        </w:tc>
        <w:tc>
          <w:tcPr>
            <w:tcW w:w="284" w:type="dxa"/>
          </w:tcPr>
          <w:p w14:paraId="52EFC41B" w14:textId="77777777" w:rsidR="00DD09BE" w:rsidRDefault="00DD09BE">
            <w:pPr>
              <w:pStyle w:val="ListBullet"/>
              <w:numPr>
                <w:ilvl w:val="0"/>
                <w:numId w:val="0"/>
              </w:numPr>
            </w:pPr>
          </w:p>
        </w:tc>
        <w:tc>
          <w:tcPr>
            <w:tcW w:w="2121" w:type="dxa"/>
            <w:tcBorders>
              <w:bottom w:val="single" w:sz="4" w:space="0" w:color="auto"/>
            </w:tcBorders>
          </w:tcPr>
          <w:p w14:paraId="53432B8E" w14:textId="77777777" w:rsidR="00DD09BE" w:rsidRDefault="00DD09BE">
            <w:pPr>
              <w:pStyle w:val="ListBullet"/>
              <w:numPr>
                <w:ilvl w:val="0"/>
                <w:numId w:val="0"/>
              </w:numPr>
            </w:pPr>
          </w:p>
          <w:p w14:paraId="3A8DF338" w14:textId="77777777" w:rsidR="00DD09BE" w:rsidRDefault="00DD09BE">
            <w:pPr>
              <w:pStyle w:val="ListBullet"/>
              <w:numPr>
                <w:ilvl w:val="0"/>
                <w:numId w:val="0"/>
              </w:numPr>
            </w:pPr>
            <w:r>
              <w:t>Title:</w:t>
            </w:r>
          </w:p>
          <w:p w14:paraId="52EAC811" w14:textId="75E1A168" w:rsidR="00DF3399" w:rsidRDefault="003F6DB4" w:rsidP="003F6DB4">
            <w:pPr>
              <w:pStyle w:val="ListBullet"/>
              <w:numPr>
                <w:ilvl w:val="0"/>
                <w:numId w:val="0"/>
              </w:numPr>
              <w:tabs>
                <w:tab w:val="right" w:pos="1905"/>
              </w:tabs>
            </w:pPr>
            <w:permStart w:id="1757086458" w:edGrp="everyone"/>
            <w:r>
              <w:t xml:space="preserve"> </w:t>
            </w:r>
            <w:r>
              <w:tab/>
            </w:r>
            <w:permEnd w:id="1757086458"/>
          </w:p>
        </w:tc>
        <w:tc>
          <w:tcPr>
            <w:tcW w:w="283" w:type="dxa"/>
          </w:tcPr>
          <w:p w14:paraId="140A1A15" w14:textId="77777777" w:rsidR="00DD09BE" w:rsidRDefault="00DD09BE">
            <w:pPr>
              <w:pStyle w:val="ListBullet"/>
              <w:numPr>
                <w:ilvl w:val="0"/>
                <w:numId w:val="0"/>
              </w:numPr>
            </w:pPr>
          </w:p>
        </w:tc>
        <w:tc>
          <w:tcPr>
            <w:tcW w:w="2982" w:type="dxa"/>
            <w:tcBorders>
              <w:bottom w:val="single" w:sz="4" w:space="0" w:color="auto"/>
            </w:tcBorders>
          </w:tcPr>
          <w:p w14:paraId="62974C4D" w14:textId="77777777" w:rsidR="00DD09BE" w:rsidRDefault="00DD09BE">
            <w:pPr>
              <w:pStyle w:val="ListBullet"/>
              <w:numPr>
                <w:ilvl w:val="0"/>
                <w:numId w:val="0"/>
              </w:numPr>
            </w:pPr>
          </w:p>
          <w:p w14:paraId="4240BD7E" w14:textId="77777777" w:rsidR="00DF3399" w:rsidRDefault="00DD09BE">
            <w:pPr>
              <w:pStyle w:val="ListBullet"/>
              <w:numPr>
                <w:ilvl w:val="0"/>
                <w:numId w:val="0"/>
              </w:numPr>
            </w:pPr>
            <w:r>
              <w:t>Position:</w:t>
            </w:r>
          </w:p>
          <w:p w14:paraId="61571A69" w14:textId="5FA383E3" w:rsidR="00DF3399" w:rsidRDefault="003F6DB4" w:rsidP="003F6DB4">
            <w:pPr>
              <w:pStyle w:val="ListBullet"/>
              <w:numPr>
                <w:ilvl w:val="0"/>
                <w:numId w:val="0"/>
              </w:numPr>
              <w:tabs>
                <w:tab w:val="left" w:pos="720"/>
                <w:tab w:val="center" w:pos="1383"/>
              </w:tabs>
              <w:spacing w:after="0"/>
            </w:pPr>
            <w:permStart w:id="1960070645" w:edGrp="everyone"/>
            <w:r w:rsidRPr="003F6DB4">
              <w:tab/>
            </w:r>
            <w:r>
              <w:tab/>
            </w:r>
            <w:permEnd w:id="1960070645"/>
          </w:p>
        </w:tc>
      </w:tr>
    </w:tbl>
    <w:p w14:paraId="55D4CE5F" w14:textId="3C27FF05" w:rsidR="00DD09BE" w:rsidRDefault="00DD09BE" w:rsidP="00DD09BE">
      <w:pPr>
        <w:pStyle w:val="ListBullet"/>
        <w:numPr>
          <w:ilvl w:val="0"/>
          <w:numId w:val="0"/>
        </w:numPr>
        <w:ind w:left="360" w:hanging="360"/>
      </w:pP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284"/>
        <w:gridCol w:w="1559"/>
        <w:gridCol w:w="284"/>
        <w:gridCol w:w="3118"/>
      </w:tblGrid>
      <w:tr w:rsidR="00DD09BE" w14:paraId="2C527F81" w14:textId="77777777">
        <w:tc>
          <w:tcPr>
            <w:tcW w:w="9786" w:type="dxa"/>
            <w:gridSpan w:val="5"/>
            <w:shd w:val="clear" w:color="auto" w:fill="D4E8F7"/>
          </w:tcPr>
          <w:p w14:paraId="5FFDF2A5" w14:textId="77777777" w:rsidR="00DD09BE" w:rsidRDefault="00DD09BE">
            <w:pPr>
              <w:pStyle w:val="ListBullet"/>
              <w:numPr>
                <w:ilvl w:val="0"/>
                <w:numId w:val="0"/>
              </w:numPr>
              <w:spacing w:after="0"/>
            </w:pPr>
            <w:r w:rsidRPr="00050BBC">
              <w:rPr>
                <w:rStyle w:val="Strong"/>
              </w:rPr>
              <w:t>Administering Institution</w:t>
            </w:r>
          </w:p>
        </w:tc>
      </w:tr>
      <w:tr w:rsidR="00DD09BE" w14:paraId="7FCC4ED9" w14:textId="77777777">
        <w:tc>
          <w:tcPr>
            <w:tcW w:w="4541" w:type="dxa"/>
            <w:tcBorders>
              <w:bottom w:val="single" w:sz="4" w:space="0" w:color="auto"/>
            </w:tcBorders>
          </w:tcPr>
          <w:p w14:paraId="73F2505A" w14:textId="357B020B" w:rsidR="00DD09BE" w:rsidRDefault="00DD09BE">
            <w:pPr>
              <w:pStyle w:val="ListBullet"/>
              <w:numPr>
                <w:ilvl w:val="0"/>
                <w:numId w:val="0"/>
              </w:numPr>
            </w:pPr>
          </w:p>
          <w:p w14:paraId="32017A64" w14:textId="77777777" w:rsidR="00DD09BE" w:rsidRDefault="00DD09BE">
            <w:pPr>
              <w:pStyle w:val="ListBullet"/>
              <w:numPr>
                <w:ilvl w:val="0"/>
                <w:numId w:val="0"/>
              </w:numPr>
            </w:pPr>
            <w:r>
              <w:t>Organisation:</w:t>
            </w:r>
          </w:p>
          <w:p w14:paraId="7DC1252B" w14:textId="6CF76256" w:rsidR="00DD09BE" w:rsidRDefault="003F6DB4" w:rsidP="003F6DB4">
            <w:pPr>
              <w:pStyle w:val="ListBullet"/>
              <w:numPr>
                <w:ilvl w:val="0"/>
                <w:numId w:val="0"/>
              </w:numPr>
              <w:tabs>
                <w:tab w:val="center" w:pos="2162"/>
              </w:tabs>
            </w:pPr>
            <w:permStart w:id="403138947" w:edGrp="everyone"/>
            <w:r>
              <w:t xml:space="preserve">    </w:t>
            </w:r>
            <w:r>
              <w:tab/>
            </w:r>
            <w:permEnd w:id="403138947"/>
          </w:p>
        </w:tc>
        <w:tc>
          <w:tcPr>
            <w:tcW w:w="284" w:type="dxa"/>
          </w:tcPr>
          <w:p w14:paraId="75BBD077" w14:textId="77777777" w:rsidR="00DD09BE" w:rsidRDefault="00DD09BE">
            <w:pPr>
              <w:pStyle w:val="ListBullet"/>
              <w:numPr>
                <w:ilvl w:val="0"/>
                <w:numId w:val="0"/>
              </w:numPr>
            </w:pPr>
          </w:p>
          <w:p w14:paraId="41394A29" w14:textId="77777777" w:rsidR="00DD09BE" w:rsidRDefault="00DD09BE">
            <w:pPr>
              <w:pStyle w:val="ListBullet"/>
              <w:numPr>
                <w:ilvl w:val="0"/>
                <w:numId w:val="0"/>
              </w:numPr>
            </w:pPr>
          </w:p>
        </w:tc>
        <w:tc>
          <w:tcPr>
            <w:tcW w:w="4961" w:type="dxa"/>
            <w:gridSpan w:val="3"/>
            <w:tcBorders>
              <w:bottom w:val="single" w:sz="4" w:space="0" w:color="auto"/>
            </w:tcBorders>
          </w:tcPr>
          <w:p w14:paraId="4DDED425" w14:textId="77777777" w:rsidR="00DD09BE" w:rsidRDefault="00DD09BE">
            <w:pPr>
              <w:pStyle w:val="ListBullet"/>
              <w:numPr>
                <w:ilvl w:val="0"/>
                <w:numId w:val="0"/>
              </w:numPr>
            </w:pPr>
          </w:p>
          <w:p w14:paraId="4191B127" w14:textId="77777777" w:rsidR="00DD09BE" w:rsidRDefault="00DD09BE">
            <w:pPr>
              <w:pStyle w:val="ListBullet"/>
              <w:numPr>
                <w:ilvl w:val="0"/>
                <w:numId w:val="0"/>
              </w:numPr>
            </w:pPr>
            <w:r>
              <w:t>Department/lab:</w:t>
            </w:r>
          </w:p>
          <w:p w14:paraId="787D73B1" w14:textId="5DF32A2C" w:rsidR="00DF3399" w:rsidRDefault="003F6DB4" w:rsidP="00DF3399">
            <w:pPr>
              <w:pStyle w:val="ListBullet"/>
              <w:numPr>
                <w:ilvl w:val="0"/>
                <w:numId w:val="0"/>
              </w:numPr>
              <w:spacing w:after="0"/>
            </w:pPr>
            <w:permStart w:id="686249179" w:edGrp="everyone"/>
            <w:r w:rsidRPr="003F6DB4">
              <w:tab/>
            </w:r>
            <w:r>
              <w:tab/>
            </w:r>
            <w:permEnd w:id="686249179"/>
          </w:p>
        </w:tc>
      </w:tr>
      <w:tr w:rsidR="00DD09BE" w14:paraId="55B283AA" w14:textId="77777777">
        <w:tc>
          <w:tcPr>
            <w:tcW w:w="6384" w:type="dxa"/>
            <w:gridSpan w:val="3"/>
            <w:tcBorders>
              <w:bottom w:val="single" w:sz="4" w:space="0" w:color="auto"/>
            </w:tcBorders>
          </w:tcPr>
          <w:p w14:paraId="5BF9DD48" w14:textId="1C959D9E" w:rsidR="00DD09BE" w:rsidRDefault="00DD09BE">
            <w:pPr>
              <w:pStyle w:val="ListBullet"/>
              <w:numPr>
                <w:ilvl w:val="0"/>
                <w:numId w:val="0"/>
              </w:numPr>
            </w:pPr>
          </w:p>
          <w:p w14:paraId="1BAAF624" w14:textId="77777777" w:rsidR="00DD09BE" w:rsidRDefault="00DD09BE">
            <w:pPr>
              <w:pStyle w:val="ListBullet"/>
              <w:numPr>
                <w:ilvl w:val="0"/>
                <w:numId w:val="0"/>
              </w:numPr>
            </w:pPr>
            <w:r>
              <w:t>Email:</w:t>
            </w:r>
          </w:p>
          <w:p w14:paraId="08B17489" w14:textId="71435C2F" w:rsidR="00DD09BE" w:rsidRDefault="00F706C6">
            <w:pPr>
              <w:pStyle w:val="ListBullet"/>
              <w:numPr>
                <w:ilvl w:val="0"/>
                <w:numId w:val="0"/>
              </w:numPr>
            </w:pPr>
            <w:permStart w:id="1463188964" w:edGrp="everyone"/>
            <w:r w:rsidRPr="003F6DB4">
              <w:tab/>
            </w:r>
            <w:r>
              <w:tab/>
            </w:r>
            <w:permEnd w:id="1463188964"/>
          </w:p>
        </w:tc>
        <w:tc>
          <w:tcPr>
            <w:tcW w:w="284" w:type="dxa"/>
            <w:tcBorders>
              <w:top w:val="single" w:sz="4" w:space="0" w:color="auto"/>
            </w:tcBorders>
          </w:tcPr>
          <w:p w14:paraId="1AD05AC1" w14:textId="77777777" w:rsidR="00DD09BE" w:rsidRDefault="00DD09BE">
            <w:pPr>
              <w:pStyle w:val="ListBullet"/>
              <w:numPr>
                <w:ilvl w:val="0"/>
                <w:numId w:val="0"/>
              </w:numPr>
            </w:pPr>
          </w:p>
        </w:tc>
        <w:tc>
          <w:tcPr>
            <w:tcW w:w="3118" w:type="dxa"/>
            <w:tcBorders>
              <w:top w:val="single" w:sz="4" w:space="0" w:color="auto"/>
              <w:bottom w:val="single" w:sz="4" w:space="0" w:color="auto"/>
            </w:tcBorders>
          </w:tcPr>
          <w:p w14:paraId="46364D51" w14:textId="77777777" w:rsidR="00DD09BE" w:rsidRDefault="00DD09BE">
            <w:pPr>
              <w:pStyle w:val="ListBullet"/>
              <w:numPr>
                <w:ilvl w:val="0"/>
                <w:numId w:val="0"/>
              </w:numPr>
            </w:pPr>
          </w:p>
          <w:p w14:paraId="08CC4984" w14:textId="77777777" w:rsidR="00DD09BE" w:rsidRDefault="00DD09BE">
            <w:pPr>
              <w:pStyle w:val="ListBullet"/>
              <w:numPr>
                <w:ilvl w:val="0"/>
                <w:numId w:val="0"/>
              </w:numPr>
            </w:pPr>
            <w:r>
              <w:t>Phone:</w:t>
            </w:r>
          </w:p>
          <w:p w14:paraId="2C4106E7" w14:textId="390A1F6A" w:rsidR="00DF3399" w:rsidRDefault="00F706C6" w:rsidP="00DF3399">
            <w:pPr>
              <w:pStyle w:val="ListBullet"/>
              <w:numPr>
                <w:ilvl w:val="0"/>
                <w:numId w:val="0"/>
              </w:numPr>
              <w:spacing w:after="0"/>
            </w:pPr>
            <w:permStart w:id="940326963" w:edGrp="everyone"/>
            <w:r w:rsidRPr="003F6DB4">
              <w:tab/>
            </w:r>
            <w:r>
              <w:tab/>
            </w:r>
            <w:permEnd w:id="940326963"/>
          </w:p>
        </w:tc>
      </w:tr>
    </w:tbl>
    <w:p w14:paraId="3C71EFFE" w14:textId="77777777" w:rsidR="00DD09BE" w:rsidRDefault="00DD09BE" w:rsidP="006920D1">
      <w:pPr>
        <w:pStyle w:val="ListBullet"/>
        <w:numPr>
          <w:ilvl w:val="0"/>
          <w:numId w:val="0"/>
        </w:numPr>
        <w:ind w:left="357" w:hanging="357"/>
      </w:pPr>
    </w:p>
    <w:tbl>
      <w:tblPr>
        <w:tblStyle w:val="TableGrid"/>
        <w:tblW w:w="9786" w:type="dxa"/>
        <w:tblInd w:w="-5" w:type="dxa"/>
        <w:tblBorders>
          <w:top w:val="none" w:sz="0" w:space="0" w:color="auto"/>
          <w:left w:val="none" w:sz="0" w:space="0" w:color="auto"/>
          <w:bottom w:val="single" w:sz="4" w:space="0" w:color="FFFFFF" w:themeColor="background1"/>
          <w:right w:val="none" w:sz="0" w:space="0" w:color="auto"/>
          <w:insideH w:val="none" w:sz="0" w:space="0" w:color="auto"/>
          <w:insideV w:val="none" w:sz="0" w:space="0" w:color="auto"/>
        </w:tblBorders>
        <w:tblLook w:val="04A0" w:firstRow="1" w:lastRow="0" w:firstColumn="1" w:lastColumn="0" w:noHBand="0" w:noVBand="1"/>
      </w:tblPr>
      <w:tblGrid>
        <w:gridCol w:w="4116"/>
        <w:gridCol w:w="284"/>
        <w:gridCol w:w="2121"/>
        <w:gridCol w:w="283"/>
        <w:gridCol w:w="2982"/>
      </w:tblGrid>
      <w:tr w:rsidR="00262B88" w14:paraId="3B3C4D94" w14:textId="77777777">
        <w:tc>
          <w:tcPr>
            <w:tcW w:w="9786" w:type="dxa"/>
            <w:gridSpan w:val="5"/>
            <w:shd w:val="clear" w:color="auto" w:fill="D4E8F7"/>
          </w:tcPr>
          <w:p w14:paraId="3372192B" w14:textId="77777777" w:rsidR="00262B88" w:rsidRDefault="00262B88">
            <w:pPr>
              <w:pStyle w:val="ListBullet"/>
              <w:numPr>
                <w:ilvl w:val="0"/>
                <w:numId w:val="0"/>
              </w:numPr>
              <w:spacing w:before="160" w:after="0"/>
            </w:pPr>
            <w:r>
              <w:rPr>
                <w:rStyle w:val="Strong"/>
              </w:rPr>
              <w:t>Co-investigators</w:t>
            </w:r>
          </w:p>
        </w:tc>
      </w:tr>
      <w:tr w:rsidR="00262B88" w14:paraId="3597E7D7" w14:textId="77777777">
        <w:tc>
          <w:tcPr>
            <w:tcW w:w="4116" w:type="dxa"/>
            <w:tcBorders>
              <w:bottom w:val="single" w:sz="4" w:space="0" w:color="auto"/>
            </w:tcBorders>
          </w:tcPr>
          <w:p w14:paraId="13790CA2" w14:textId="77777777" w:rsidR="00262B88" w:rsidRDefault="00262B88">
            <w:pPr>
              <w:pStyle w:val="ListBullet"/>
              <w:numPr>
                <w:ilvl w:val="0"/>
                <w:numId w:val="0"/>
              </w:numPr>
            </w:pPr>
          </w:p>
          <w:p w14:paraId="25E66730" w14:textId="77777777" w:rsidR="00262B88" w:rsidRDefault="00262B88">
            <w:pPr>
              <w:pStyle w:val="ListBullet"/>
              <w:numPr>
                <w:ilvl w:val="0"/>
                <w:numId w:val="0"/>
              </w:numPr>
            </w:pPr>
            <w:r>
              <w:t>Names:</w:t>
            </w:r>
          </w:p>
          <w:p w14:paraId="13116918" w14:textId="7F2DEE55" w:rsidR="00262B88" w:rsidRDefault="005E2EE2">
            <w:pPr>
              <w:pStyle w:val="ListBullet"/>
              <w:numPr>
                <w:ilvl w:val="0"/>
                <w:numId w:val="0"/>
              </w:numPr>
            </w:pPr>
            <w:permStart w:id="8933280" w:edGrp="everyone"/>
            <w:r w:rsidRPr="003F6DB4">
              <w:tab/>
            </w:r>
            <w:r>
              <w:tab/>
            </w:r>
            <w:permEnd w:id="8933280"/>
          </w:p>
        </w:tc>
        <w:tc>
          <w:tcPr>
            <w:tcW w:w="284" w:type="dxa"/>
          </w:tcPr>
          <w:p w14:paraId="1DF96A3B" w14:textId="77777777" w:rsidR="00262B88" w:rsidRDefault="00262B88">
            <w:pPr>
              <w:pStyle w:val="ListBullet"/>
              <w:numPr>
                <w:ilvl w:val="0"/>
                <w:numId w:val="0"/>
              </w:numPr>
            </w:pPr>
          </w:p>
        </w:tc>
        <w:tc>
          <w:tcPr>
            <w:tcW w:w="2121" w:type="dxa"/>
            <w:tcBorders>
              <w:bottom w:val="single" w:sz="4" w:space="0" w:color="auto"/>
            </w:tcBorders>
          </w:tcPr>
          <w:p w14:paraId="046D08DE" w14:textId="77777777" w:rsidR="00262B88" w:rsidRDefault="00262B88">
            <w:pPr>
              <w:pStyle w:val="ListBullet"/>
              <w:numPr>
                <w:ilvl w:val="0"/>
                <w:numId w:val="0"/>
              </w:numPr>
            </w:pPr>
          </w:p>
          <w:p w14:paraId="1B06A7FF" w14:textId="77777777" w:rsidR="00262B88" w:rsidRDefault="00262B88">
            <w:pPr>
              <w:pStyle w:val="ListBullet"/>
              <w:numPr>
                <w:ilvl w:val="0"/>
                <w:numId w:val="0"/>
              </w:numPr>
            </w:pPr>
            <w:r>
              <w:t>Roles:</w:t>
            </w:r>
          </w:p>
          <w:p w14:paraId="65F9DF4C" w14:textId="30CE4DA3" w:rsidR="00262B88" w:rsidRDefault="005E2EE2">
            <w:pPr>
              <w:pStyle w:val="ListBullet"/>
              <w:numPr>
                <w:ilvl w:val="0"/>
                <w:numId w:val="0"/>
              </w:numPr>
            </w:pPr>
            <w:permStart w:id="136917982" w:edGrp="everyone"/>
            <w:r w:rsidRPr="003F6DB4">
              <w:tab/>
            </w:r>
            <w:r>
              <w:tab/>
            </w:r>
            <w:permEnd w:id="136917982"/>
          </w:p>
        </w:tc>
        <w:tc>
          <w:tcPr>
            <w:tcW w:w="283" w:type="dxa"/>
          </w:tcPr>
          <w:p w14:paraId="3DF85EB8" w14:textId="77777777" w:rsidR="00262B88" w:rsidRDefault="00262B88">
            <w:pPr>
              <w:pStyle w:val="ListBullet"/>
              <w:numPr>
                <w:ilvl w:val="0"/>
                <w:numId w:val="0"/>
              </w:numPr>
            </w:pPr>
          </w:p>
        </w:tc>
        <w:tc>
          <w:tcPr>
            <w:tcW w:w="2982" w:type="dxa"/>
            <w:tcBorders>
              <w:bottom w:val="single" w:sz="4" w:space="0" w:color="auto"/>
            </w:tcBorders>
          </w:tcPr>
          <w:p w14:paraId="7C569933" w14:textId="77777777" w:rsidR="00262B88" w:rsidRDefault="00262B88">
            <w:pPr>
              <w:pStyle w:val="ListBullet"/>
              <w:numPr>
                <w:ilvl w:val="0"/>
                <w:numId w:val="0"/>
              </w:numPr>
            </w:pPr>
          </w:p>
          <w:p w14:paraId="48822C2B" w14:textId="77777777" w:rsidR="00262B88" w:rsidRDefault="00262B88">
            <w:pPr>
              <w:pStyle w:val="ListBullet"/>
              <w:numPr>
                <w:ilvl w:val="0"/>
                <w:numId w:val="0"/>
              </w:numPr>
            </w:pPr>
            <w:r>
              <w:t>Institutions:</w:t>
            </w:r>
          </w:p>
          <w:p w14:paraId="214029FF" w14:textId="0B3F321E" w:rsidR="00262B88" w:rsidRDefault="005E2EE2" w:rsidP="00262B88">
            <w:pPr>
              <w:pStyle w:val="ListBullet"/>
              <w:numPr>
                <w:ilvl w:val="0"/>
                <w:numId w:val="0"/>
              </w:numPr>
              <w:spacing w:after="0"/>
            </w:pPr>
            <w:permStart w:id="1187261023" w:edGrp="everyone"/>
            <w:r w:rsidRPr="003F6DB4">
              <w:tab/>
            </w:r>
            <w:r>
              <w:tab/>
            </w:r>
            <w:permEnd w:id="1187261023"/>
          </w:p>
        </w:tc>
      </w:tr>
      <w:tr w:rsidR="00801C43" w14:paraId="1EBE850D" w14:textId="77777777" w:rsidTr="00262B88">
        <w:tc>
          <w:tcPr>
            <w:tcW w:w="4116" w:type="dxa"/>
            <w:tcBorders>
              <w:top w:val="single" w:sz="4" w:space="0" w:color="auto"/>
              <w:bottom w:val="single" w:sz="4" w:space="0" w:color="auto"/>
            </w:tcBorders>
            <w:vAlign w:val="bottom"/>
          </w:tcPr>
          <w:p w14:paraId="1FA5F288" w14:textId="61CB464E" w:rsidR="00801C43" w:rsidRDefault="005E2EE2" w:rsidP="0064510B">
            <w:pPr>
              <w:pStyle w:val="ListBullet"/>
              <w:numPr>
                <w:ilvl w:val="0"/>
                <w:numId w:val="0"/>
              </w:numPr>
            </w:pPr>
            <w:permStart w:id="465838108" w:edGrp="everyone"/>
            <w:r w:rsidRPr="003F6DB4">
              <w:tab/>
            </w:r>
            <w:r>
              <w:tab/>
            </w:r>
            <w:permEnd w:id="465838108"/>
          </w:p>
        </w:tc>
        <w:tc>
          <w:tcPr>
            <w:tcW w:w="284" w:type="dxa"/>
            <w:vAlign w:val="bottom"/>
          </w:tcPr>
          <w:p w14:paraId="3C561390" w14:textId="77777777" w:rsidR="00801C43" w:rsidRDefault="00801C43" w:rsidP="00801C43">
            <w:pPr>
              <w:pStyle w:val="ListBullet"/>
              <w:numPr>
                <w:ilvl w:val="0"/>
                <w:numId w:val="0"/>
              </w:numPr>
            </w:pPr>
          </w:p>
        </w:tc>
        <w:tc>
          <w:tcPr>
            <w:tcW w:w="2121" w:type="dxa"/>
            <w:tcBorders>
              <w:top w:val="single" w:sz="4" w:space="0" w:color="auto"/>
              <w:bottom w:val="single" w:sz="4" w:space="0" w:color="auto"/>
            </w:tcBorders>
            <w:vAlign w:val="bottom"/>
          </w:tcPr>
          <w:p w14:paraId="4D395214" w14:textId="10B8A4A3" w:rsidR="00801C43" w:rsidRDefault="005E2EE2" w:rsidP="00801C43">
            <w:pPr>
              <w:pStyle w:val="ListBullet"/>
              <w:numPr>
                <w:ilvl w:val="0"/>
                <w:numId w:val="0"/>
              </w:numPr>
            </w:pPr>
            <w:permStart w:id="275019140" w:edGrp="everyone"/>
            <w:r w:rsidRPr="003F6DB4">
              <w:tab/>
            </w:r>
            <w:r>
              <w:tab/>
            </w:r>
            <w:permEnd w:id="275019140"/>
          </w:p>
        </w:tc>
        <w:tc>
          <w:tcPr>
            <w:tcW w:w="283" w:type="dxa"/>
            <w:vAlign w:val="bottom"/>
          </w:tcPr>
          <w:p w14:paraId="2B0EB025" w14:textId="77777777" w:rsidR="00801C43" w:rsidRDefault="00801C43" w:rsidP="00801C43">
            <w:pPr>
              <w:pStyle w:val="ListBullet"/>
              <w:numPr>
                <w:ilvl w:val="0"/>
                <w:numId w:val="0"/>
              </w:numPr>
            </w:pPr>
          </w:p>
        </w:tc>
        <w:tc>
          <w:tcPr>
            <w:tcW w:w="2982" w:type="dxa"/>
            <w:tcBorders>
              <w:top w:val="single" w:sz="4" w:space="0" w:color="auto"/>
              <w:bottom w:val="single" w:sz="4" w:space="0" w:color="auto"/>
            </w:tcBorders>
            <w:vAlign w:val="bottom"/>
          </w:tcPr>
          <w:p w14:paraId="6D883DFA" w14:textId="4CC2BD9A" w:rsidR="00801C43" w:rsidRDefault="005E2EE2" w:rsidP="005559FA">
            <w:pPr>
              <w:pStyle w:val="ListBullet"/>
              <w:numPr>
                <w:ilvl w:val="0"/>
                <w:numId w:val="0"/>
              </w:numPr>
              <w:spacing w:before="160" w:after="0"/>
              <w:contextualSpacing w:val="0"/>
            </w:pPr>
            <w:permStart w:id="1179718258" w:edGrp="everyone"/>
            <w:r w:rsidRPr="003F6DB4">
              <w:tab/>
            </w:r>
            <w:r>
              <w:tab/>
            </w:r>
            <w:permEnd w:id="1179718258"/>
          </w:p>
        </w:tc>
      </w:tr>
      <w:tr w:rsidR="00801C43" w14:paraId="2CCB9423" w14:textId="77777777" w:rsidTr="00262B88">
        <w:tc>
          <w:tcPr>
            <w:tcW w:w="4116" w:type="dxa"/>
            <w:tcBorders>
              <w:bottom w:val="single" w:sz="4" w:space="0" w:color="auto"/>
            </w:tcBorders>
            <w:vAlign w:val="bottom"/>
          </w:tcPr>
          <w:p w14:paraId="0E03067D" w14:textId="5EB582DF" w:rsidR="00801C43" w:rsidRDefault="005E2EE2" w:rsidP="0064510B">
            <w:pPr>
              <w:pStyle w:val="ListBullet"/>
              <w:numPr>
                <w:ilvl w:val="0"/>
                <w:numId w:val="0"/>
              </w:numPr>
            </w:pPr>
            <w:permStart w:id="809979476" w:edGrp="everyone"/>
            <w:r w:rsidRPr="003F6DB4">
              <w:tab/>
            </w:r>
            <w:r>
              <w:tab/>
            </w:r>
            <w:permEnd w:id="809979476"/>
          </w:p>
        </w:tc>
        <w:tc>
          <w:tcPr>
            <w:tcW w:w="284" w:type="dxa"/>
            <w:vAlign w:val="bottom"/>
          </w:tcPr>
          <w:p w14:paraId="251C96D2" w14:textId="77777777" w:rsidR="00801C43" w:rsidRDefault="00801C43" w:rsidP="00801C43">
            <w:pPr>
              <w:pStyle w:val="ListBullet"/>
              <w:numPr>
                <w:ilvl w:val="0"/>
                <w:numId w:val="0"/>
              </w:numPr>
            </w:pPr>
          </w:p>
        </w:tc>
        <w:tc>
          <w:tcPr>
            <w:tcW w:w="2121" w:type="dxa"/>
            <w:tcBorders>
              <w:bottom w:val="single" w:sz="4" w:space="0" w:color="auto"/>
            </w:tcBorders>
            <w:vAlign w:val="bottom"/>
          </w:tcPr>
          <w:p w14:paraId="54D2AC9C" w14:textId="2D3F6DB8" w:rsidR="00801C43" w:rsidRDefault="005E2EE2" w:rsidP="00801C43">
            <w:pPr>
              <w:pStyle w:val="ListBullet"/>
              <w:numPr>
                <w:ilvl w:val="0"/>
                <w:numId w:val="0"/>
              </w:numPr>
            </w:pPr>
            <w:permStart w:id="1272387216" w:edGrp="everyone"/>
            <w:r w:rsidRPr="003F6DB4">
              <w:tab/>
            </w:r>
            <w:r>
              <w:tab/>
            </w:r>
            <w:permEnd w:id="1272387216"/>
          </w:p>
        </w:tc>
        <w:tc>
          <w:tcPr>
            <w:tcW w:w="283" w:type="dxa"/>
            <w:vAlign w:val="bottom"/>
          </w:tcPr>
          <w:p w14:paraId="3134D0F6" w14:textId="77777777" w:rsidR="00801C43" w:rsidRDefault="00801C43" w:rsidP="00801C43">
            <w:pPr>
              <w:pStyle w:val="ListBullet"/>
              <w:numPr>
                <w:ilvl w:val="0"/>
                <w:numId w:val="0"/>
              </w:numPr>
            </w:pPr>
          </w:p>
        </w:tc>
        <w:tc>
          <w:tcPr>
            <w:tcW w:w="2982" w:type="dxa"/>
            <w:tcBorders>
              <w:bottom w:val="single" w:sz="4" w:space="0" w:color="auto"/>
            </w:tcBorders>
            <w:vAlign w:val="bottom"/>
          </w:tcPr>
          <w:p w14:paraId="5241439C" w14:textId="079DB772" w:rsidR="00801C43" w:rsidRDefault="005E2EE2" w:rsidP="005559FA">
            <w:pPr>
              <w:pStyle w:val="ListBullet"/>
              <w:numPr>
                <w:ilvl w:val="0"/>
                <w:numId w:val="0"/>
              </w:numPr>
              <w:spacing w:before="160" w:after="0"/>
              <w:contextualSpacing w:val="0"/>
            </w:pPr>
            <w:permStart w:id="1504077295" w:edGrp="everyone"/>
            <w:r w:rsidRPr="003F6DB4">
              <w:tab/>
            </w:r>
            <w:r>
              <w:tab/>
            </w:r>
            <w:permEnd w:id="1504077295"/>
          </w:p>
        </w:tc>
      </w:tr>
      <w:tr w:rsidR="00801C43" w14:paraId="311A5D56" w14:textId="77777777" w:rsidTr="00262B88">
        <w:tc>
          <w:tcPr>
            <w:tcW w:w="4116" w:type="dxa"/>
            <w:tcBorders>
              <w:bottom w:val="single" w:sz="4" w:space="0" w:color="auto"/>
            </w:tcBorders>
            <w:vAlign w:val="bottom"/>
          </w:tcPr>
          <w:p w14:paraId="18FEBBBD" w14:textId="314AD35D" w:rsidR="00801C43" w:rsidRDefault="005E2EE2" w:rsidP="0064510B">
            <w:pPr>
              <w:pStyle w:val="ListBullet"/>
              <w:numPr>
                <w:ilvl w:val="0"/>
                <w:numId w:val="0"/>
              </w:numPr>
            </w:pPr>
            <w:permStart w:id="955544681" w:edGrp="everyone"/>
            <w:r w:rsidRPr="003F6DB4">
              <w:tab/>
            </w:r>
            <w:r>
              <w:tab/>
            </w:r>
            <w:permEnd w:id="955544681"/>
          </w:p>
        </w:tc>
        <w:tc>
          <w:tcPr>
            <w:tcW w:w="284" w:type="dxa"/>
            <w:vAlign w:val="bottom"/>
          </w:tcPr>
          <w:p w14:paraId="7F74FDE6" w14:textId="77777777" w:rsidR="00801C43" w:rsidRDefault="00801C43" w:rsidP="00801C43">
            <w:pPr>
              <w:pStyle w:val="ListBullet"/>
              <w:numPr>
                <w:ilvl w:val="0"/>
                <w:numId w:val="0"/>
              </w:numPr>
            </w:pPr>
          </w:p>
        </w:tc>
        <w:tc>
          <w:tcPr>
            <w:tcW w:w="2121" w:type="dxa"/>
            <w:tcBorders>
              <w:bottom w:val="single" w:sz="4" w:space="0" w:color="auto"/>
            </w:tcBorders>
            <w:vAlign w:val="bottom"/>
          </w:tcPr>
          <w:p w14:paraId="463D6241" w14:textId="785C69AB" w:rsidR="00801C43" w:rsidRDefault="005E2EE2" w:rsidP="00801C43">
            <w:pPr>
              <w:pStyle w:val="ListBullet"/>
              <w:numPr>
                <w:ilvl w:val="0"/>
                <w:numId w:val="0"/>
              </w:numPr>
            </w:pPr>
            <w:permStart w:id="606696800" w:edGrp="everyone"/>
            <w:r w:rsidRPr="003F6DB4">
              <w:tab/>
            </w:r>
            <w:r>
              <w:tab/>
            </w:r>
            <w:permEnd w:id="606696800"/>
          </w:p>
        </w:tc>
        <w:tc>
          <w:tcPr>
            <w:tcW w:w="283" w:type="dxa"/>
            <w:vAlign w:val="bottom"/>
          </w:tcPr>
          <w:p w14:paraId="3BEF41A3" w14:textId="77777777" w:rsidR="00801C43" w:rsidRDefault="00801C43" w:rsidP="00801C43">
            <w:pPr>
              <w:pStyle w:val="ListBullet"/>
              <w:numPr>
                <w:ilvl w:val="0"/>
                <w:numId w:val="0"/>
              </w:numPr>
            </w:pPr>
          </w:p>
        </w:tc>
        <w:tc>
          <w:tcPr>
            <w:tcW w:w="2982" w:type="dxa"/>
            <w:tcBorders>
              <w:bottom w:val="single" w:sz="4" w:space="0" w:color="auto"/>
            </w:tcBorders>
            <w:vAlign w:val="bottom"/>
          </w:tcPr>
          <w:p w14:paraId="64B5E4E0" w14:textId="6B0CFA95" w:rsidR="00801C43" w:rsidRDefault="005E2EE2" w:rsidP="005559FA">
            <w:pPr>
              <w:pStyle w:val="ListBullet"/>
              <w:numPr>
                <w:ilvl w:val="0"/>
                <w:numId w:val="0"/>
              </w:numPr>
              <w:spacing w:before="160" w:after="0"/>
              <w:contextualSpacing w:val="0"/>
            </w:pPr>
            <w:permStart w:id="1375488146" w:edGrp="everyone"/>
            <w:r w:rsidRPr="003F6DB4">
              <w:tab/>
            </w:r>
            <w:r>
              <w:tab/>
            </w:r>
            <w:permEnd w:id="1375488146"/>
          </w:p>
        </w:tc>
      </w:tr>
      <w:tr w:rsidR="00801C43" w14:paraId="3CE8A2B5" w14:textId="77777777" w:rsidTr="006629B7">
        <w:tc>
          <w:tcPr>
            <w:tcW w:w="4116" w:type="dxa"/>
            <w:tcBorders>
              <w:bottom w:val="single" w:sz="4" w:space="0" w:color="auto"/>
            </w:tcBorders>
            <w:vAlign w:val="bottom"/>
          </w:tcPr>
          <w:p w14:paraId="5B7B7EA9" w14:textId="02C3FD73" w:rsidR="00801C43" w:rsidRDefault="005E2EE2" w:rsidP="0064510B">
            <w:pPr>
              <w:pStyle w:val="ListBullet"/>
              <w:numPr>
                <w:ilvl w:val="0"/>
                <w:numId w:val="0"/>
              </w:numPr>
            </w:pPr>
            <w:permStart w:id="1249779355" w:edGrp="everyone"/>
            <w:r w:rsidRPr="003F6DB4">
              <w:tab/>
            </w:r>
            <w:r>
              <w:tab/>
            </w:r>
            <w:permEnd w:id="1249779355"/>
          </w:p>
        </w:tc>
        <w:tc>
          <w:tcPr>
            <w:tcW w:w="284" w:type="dxa"/>
            <w:vAlign w:val="bottom"/>
          </w:tcPr>
          <w:p w14:paraId="2BB7121B" w14:textId="77777777" w:rsidR="00801C43" w:rsidRDefault="00801C43" w:rsidP="00801C43">
            <w:pPr>
              <w:pStyle w:val="ListBullet"/>
              <w:numPr>
                <w:ilvl w:val="0"/>
                <w:numId w:val="0"/>
              </w:numPr>
            </w:pPr>
          </w:p>
        </w:tc>
        <w:tc>
          <w:tcPr>
            <w:tcW w:w="2121" w:type="dxa"/>
            <w:tcBorders>
              <w:bottom w:val="single" w:sz="4" w:space="0" w:color="auto"/>
            </w:tcBorders>
            <w:vAlign w:val="bottom"/>
          </w:tcPr>
          <w:p w14:paraId="293E6130" w14:textId="549D1CA1" w:rsidR="00801C43" w:rsidRDefault="005E2EE2" w:rsidP="00801C43">
            <w:pPr>
              <w:pStyle w:val="ListBullet"/>
              <w:numPr>
                <w:ilvl w:val="0"/>
                <w:numId w:val="0"/>
              </w:numPr>
            </w:pPr>
            <w:permStart w:id="1093340238" w:edGrp="everyone"/>
            <w:r w:rsidRPr="003F6DB4">
              <w:tab/>
            </w:r>
            <w:r>
              <w:tab/>
            </w:r>
            <w:permEnd w:id="1093340238"/>
          </w:p>
        </w:tc>
        <w:tc>
          <w:tcPr>
            <w:tcW w:w="283" w:type="dxa"/>
            <w:vAlign w:val="bottom"/>
          </w:tcPr>
          <w:p w14:paraId="59233DEF" w14:textId="77777777" w:rsidR="00801C43" w:rsidRDefault="00801C43" w:rsidP="00801C43">
            <w:pPr>
              <w:pStyle w:val="ListBullet"/>
              <w:numPr>
                <w:ilvl w:val="0"/>
                <w:numId w:val="0"/>
              </w:numPr>
            </w:pPr>
          </w:p>
        </w:tc>
        <w:tc>
          <w:tcPr>
            <w:tcW w:w="2982" w:type="dxa"/>
            <w:tcBorders>
              <w:bottom w:val="single" w:sz="4" w:space="0" w:color="auto"/>
            </w:tcBorders>
            <w:vAlign w:val="bottom"/>
          </w:tcPr>
          <w:p w14:paraId="380BEF50" w14:textId="46A8B404" w:rsidR="00801C43" w:rsidRDefault="005E2EE2" w:rsidP="005559FA">
            <w:pPr>
              <w:pStyle w:val="ListBullet"/>
              <w:numPr>
                <w:ilvl w:val="0"/>
                <w:numId w:val="0"/>
              </w:numPr>
              <w:spacing w:before="160" w:after="0"/>
              <w:contextualSpacing w:val="0"/>
            </w:pPr>
            <w:permStart w:id="1505324021" w:edGrp="everyone"/>
            <w:r w:rsidRPr="003F6DB4">
              <w:tab/>
            </w:r>
            <w:r>
              <w:tab/>
            </w:r>
            <w:permEnd w:id="1505324021"/>
          </w:p>
        </w:tc>
      </w:tr>
    </w:tbl>
    <w:p w14:paraId="2526EE57" w14:textId="77777777" w:rsidR="006920D1" w:rsidRDefault="006920D1" w:rsidP="006920D1">
      <w:pPr>
        <w:spacing w:after="0"/>
      </w:pP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284"/>
        <w:gridCol w:w="4961"/>
      </w:tblGrid>
      <w:tr w:rsidR="006920D1" w14:paraId="094A07FE" w14:textId="77777777" w:rsidTr="00590830">
        <w:trPr>
          <w:trHeight w:val="283"/>
        </w:trPr>
        <w:tc>
          <w:tcPr>
            <w:tcW w:w="9786" w:type="dxa"/>
            <w:gridSpan w:val="3"/>
            <w:shd w:val="clear" w:color="auto" w:fill="D4E8F7"/>
          </w:tcPr>
          <w:p w14:paraId="74F5805B" w14:textId="6B6E40D1" w:rsidR="006920D1" w:rsidRDefault="006920D1">
            <w:pPr>
              <w:pStyle w:val="ListBullet"/>
              <w:numPr>
                <w:ilvl w:val="0"/>
                <w:numId w:val="0"/>
              </w:numPr>
              <w:spacing w:after="0"/>
            </w:pPr>
            <w:r>
              <w:rPr>
                <w:rStyle w:val="Strong"/>
              </w:rPr>
              <w:t>Project Details</w:t>
            </w:r>
          </w:p>
        </w:tc>
      </w:tr>
      <w:tr w:rsidR="00590830" w14:paraId="531C70E7" w14:textId="77777777" w:rsidTr="00590830">
        <w:tc>
          <w:tcPr>
            <w:tcW w:w="9786" w:type="dxa"/>
            <w:gridSpan w:val="3"/>
          </w:tcPr>
          <w:p w14:paraId="56455842" w14:textId="77777777" w:rsidR="00590830" w:rsidRDefault="00590830">
            <w:pPr>
              <w:pStyle w:val="ListBullet"/>
              <w:numPr>
                <w:ilvl w:val="0"/>
                <w:numId w:val="0"/>
              </w:numPr>
            </w:pPr>
          </w:p>
          <w:p w14:paraId="3D57CB3F" w14:textId="77777777" w:rsidR="00590830" w:rsidRDefault="00590830">
            <w:pPr>
              <w:pStyle w:val="ListBullet"/>
              <w:numPr>
                <w:ilvl w:val="0"/>
                <w:numId w:val="0"/>
              </w:numPr>
            </w:pPr>
            <w:r>
              <w:t>Project Title:</w:t>
            </w:r>
          </w:p>
          <w:p w14:paraId="017A7D10" w14:textId="3ACB15F0" w:rsidR="00590830" w:rsidRDefault="00765082">
            <w:pPr>
              <w:pStyle w:val="ListBullet"/>
              <w:numPr>
                <w:ilvl w:val="0"/>
                <w:numId w:val="0"/>
              </w:numPr>
              <w:spacing w:after="0"/>
            </w:pPr>
            <w:permStart w:id="1805468615" w:edGrp="everyone"/>
            <w:r w:rsidRPr="003F6DB4">
              <w:tab/>
            </w:r>
            <w:r>
              <w:tab/>
            </w:r>
            <w:permEnd w:id="1805468615"/>
          </w:p>
        </w:tc>
      </w:tr>
      <w:tr w:rsidR="00590830" w14:paraId="30CF7A89" w14:textId="77777777" w:rsidTr="00590830">
        <w:tc>
          <w:tcPr>
            <w:tcW w:w="4541" w:type="dxa"/>
            <w:tcBorders>
              <w:top w:val="single" w:sz="4" w:space="0" w:color="auto"/>
              <w:bottom w:val="single" w:sz="4" w:space="0" w:color="auto"/>
            </w:tcBorders>
          </w:tcPr>
          <w:p w14:paraId="6EA9501A" w14:textId="77777777" w:rsidR="00590830" w:rsidRDefault="00590830">
            <w:pPr>
              <w:pStyle w:val="ListBullet"/>
              <w:numPr>
                <w:ilvl w:val="0"/>
                <w:numId w:val="0"/>
              </w:numPr>
            </w:pPr>
          </w:p>
          <w:p w14:paraId="740F67CB" w14:textId="49212984" w:rsidR="00590830" w:rsidRDefault="00590830">
            <w:pPr>
              <w:pStyle w:val="ListBullet"/>
              <w:numPr>
                <w:ilvl w:val="0"/>
                <w:numId w:val="0"/>
              </w:numPr>
            </w:pPr>
            <w:r>
              <w:t>Duration (months):</w:t>
            </w:r>
          </w:p>
          <w:p w14:paraId="7471BD50" w14:textId="0D7A6940" w:rsidR="00590830" w:rsidRDefault="00765082">
            <w:pPr>
              <w:pStyle w:val="ListBullet"/>
              <w:numPr>
                <w:ilvl w:val="0"/>
                <w:numId w:val="0"/>
              </w:numPr>
            </w:pPr>
            <w:permStart w:id="2120490005" w:edGrp="everyone"/>
            <w:r w:rsidRPr="003F6DB4">
              <w:tab/>
            </w:r>
            <w:r>
              <w:tab/>
            </w:r>
            <w:permEnd w:id="2120490005"/>
          </w:p>
        </w:tc>
        <w:tc>
          <w:tcPr>
            <w:tcW w:w="284" w:type="dxa"/>
            <w:tcBorders>
              <w:top w:val="single" w:sz="4" w:space="0" w:color="auto"/>
            </w:tcBorders>
          </w:tcPr>
          <w:p w14:paraId="4A78A8E3" w14:textId="77777777" w:rsidR="00590830" w:rsidRDefault="00590830">
            <w:pPr>
              <w:pStyle w:val="ListBullet"/>
              <w:numPr>
                <w:ilvl w:val="0"/>
                <w:numId w:val="0"/>
              </w:numPr>
            </w:pPr>
          </w:p>
        </w:tc>
        <w:tc>
          <w:tcPr>
            <w:tcW w:w="4961" w:type="dxa"/>
            <w:tcBorders>
              <w:top w:val="single" w:sz="4" w:space="0" w:color="auto"/>
              <w:bottom w:val="single" w:sz="4" w:space="0" w:color="auto"/>
            </w:tcBorders>
          </w:tcPr>
          <w:p w14:paraId="2222FD34" w14:textId="77777777" w:rsidR="00590830" w:rsidRDefault="00590830">
            <w:pPr>
              <w:pStyle w:val="ListBullet"/>
              <w:numPr>
                <w:ilvl w:val="0"/>
                <w:numId w:val="0"/>
              </w:numPr>
            </w:pPr>
          </w:p>
          <w:p w14:paraId="33586AF7" w14:textId="77777777" w:rsidR="00590830" w:rsidRDefault="00590830">
            <w:pPr>
              <w:pStyle w:val="ListBullet"/>
              <w:numPr>
                <w:ilvl w:val="0"/>
                <w:numId w:val="0"/>
              </w:numPr>
            </w:pPr>
            <w:r>
              <w:t>Total funding requested ($):</w:t>
            </w:r>
          </w:p>
          <w:p w14:paraId="167565CF" w14:textId="295AB623" w:rsidR="00590830" w:rsidRDefault="00765082">
            <w:pPr>
              <w:pStyle w:val="ListBullet"/>
              <w:numPr>
                <w:ilvl w:val="0"/>
                <w:numId w:val="0"/>
              </w:numPr>
              <w:spacing w:after="0"/>
            </w:pPr>
            <w:permStart w:id="239676452" w:edGrp="everyone"/>
            <w:r w:rsidRPr="003F6DB4">
              <w:tab/>
            </w:r>
            <w:r>
              <w:tab/>
            </w:r>
            <w:permEnd w:id="239676452"/>
          </w:p>
        </w:tc>
      </w:tr>
    </w:tbl>
    <w:p w14:paraId="38D412AE" w14:textId="77777777" w:rsidR="00776C5D" w:rsidRPr="00776C5D" w:rsidRDefault="00776C5D" w:rsidP="00776C5D"/>
    <w:p w14:paraId="4BA3557C" w14:textId="4D569CA9" w:rsidR="00DD09BE" w:rsidRDefault="00DD09BE" w:rsidP="00FA6126">
      <w:pPr>
        <w:pStyle w:val="Heading2"/>
        <w:numPr>
          <w:ilvl w:val="0"/>
          <w:numId w:val="8"/>
        </w:numPr>
        <w:spacing w:before="480"/>
      </w:pPr>
      <w:r>
        <w:lastRenderedPageBreak/>
        <w:t xml:space="preserve">Project </w:t>
      </w:r>
      <w:r w:rsidR="00FA6126">
        <w:t>Description</w:t>
      </w:r>
    </w:p>
    <w:p w14:paraId="34CB2448" w14:textId="7F928443" w:rsidR="00CC1A1A" w:rsidRDefault="00085F4C" w:rsidP="00085F4C">
      <w:r w:rsidRPr="00085F4C">
        <w:t>Provide the scientific background, current state of knowledge and rationale for the proposed research. Explain the gap, challenge or opportunity being addressed and why the project is important</w:t>
      </w:r>
      <w:r>
        <w:t xml:space="preserve"> (max 500 words):</w:t>
      </w:r>
    </w:p>
    <w:tbl>
      <w:tblPr>
        <w:tblStyle w:val="TableGrid"/>
        <w:tblW w:w="0" w:type="auto"/>
        <w:tblLook w:val="04A0" w:firstRow="1" w:lastRow="0" w:firstColumn="1" w:lastColumn="0" w:noHBand="0" w:noVBand="1"/>
      </w:tblPr>
      <w:tblGrid>
        <w:gridCol w:w="9743"/>
      </w:tblGrid>
      <w:tr w:rsidR="008815F7" w14:paraId="25C3FAC5" w14:textId="77777777">
        <w:trPr>
          <w:trHeight w:val="567"/>
        </w:trPr>
        <w:tc>
          <w:tcPr>
            <w:tcW w:w="9743" w:type="dxa"/>
          </w:tcPr>
          <w:p w14:paraId="325783E1" w14:textId="77777777" w:rsidR="008815F7" w:rsidRDefault="008815F7">
            <w:pPr>
              <w:spacing w:before="120" w:after="0"/>
              <w:contextualSpacing/>
            </w:pPr>
            <w:permStart w:id="263127326" w:edGrp="everyone"/>
          </w:p>
          <w:p w14:paraId="626B3011" w14:textId="77777777" w:rsidR="008815F7" w:rsidRDefault="008815F7">
            <w:pPr>
              <w:spacing w:before="120" w:after="0"/>
              <w:contextualSpacing/>
            </w:pPr>
          </w:p>
          <w:p w14:paraId="1015AC14" w14:textId="77777777" w:rsidR="008815F7" w:rsidRDefault="008815F7">
            <w:pPr>
              <w:spacing w:before="120" w:after="0"/>
              <w:contextualSpacing/>
            </w:pPr>
          </w:p>
          <w:p w14:paraId="376EB609" w14:textId="77777777" w:rsidR="008815F7" w:rsidRDefault="008815F7">
            <w:pPr>
              <w:spacing w:before="120" w:after="0"/>
              <w:contextualSpacing/>
            </w:pPr>
          </w:p>
          <w:p w14:paraId="76DA0A24" w14:textId="77777777" w:rsidR="008815F7" w:rsidRDefault="008815F7">
            <w:pPr>
              <w:spacing w:before="120" w:after="0"/>
              <w:contextualSpacing/>
            </w:pPr>
            <w:r>
              <w:t xml:space="preserve"> </w:t>
            </w:r>
            <w:permEnd w:id="263127326"/>
          </w:p>
        </w:tc>
      </w:tr>
    </w:tbl>
    <w:p w14:paraId="072D6D00" w14:textId="5644BE54" w:rsidR="00DD09BE" w:rsidRDefault="00DD09BE" w:rsidP="00857D25">
      <w:pPr>
        <w:spacing w:after="0"/>
      </w:pPr>
    </w:p>
    <w:p w14:paraId="764D333B" w14:textId="11EFC278" w:rsidR="005D62EA" w:rsidRPr="009E3F30" w:rsidRDefault="005C5378" w:rsidP="005C5378">
      <w:r>
        <w:t>Define</w:t>
      </w:r>
      <w:r w:rsidRPr="005C5378">
        <w:t xml:space="preserve"> the </w:t>
      </w:r>
      <w:r>
        <w:t>project aim</w:t>
      </w:r>
      <w:r w:rsidRPr="005C5378">
        <w:t>, including key research questions and objectives, and any hypothesis or hypotheses being tested</w:t>
      </w:r>
      <w:r w:rsidR="00B5660A">
        <w:t xml:space="preserve"> if applicable</w:t>
      </w:r>
      <w:r w:rsidR="00471328">
        <w:t xml:space="preserve"> (max 300 words)</w:t>
      </w:r>
      <w:r w:rsidR="0057685F">
        <w:t>:</w:t>
      </w:r>
    </w:p>
    <w:tbl>
      <w:tblPr>
        <w:tblStyle w:val="TableGrid"/>
        <w:tblW w:w="0" w:type="auto"/>
        <w:tblLook w:val="04A0" w:firstRow="1" w:lastRow="0" w:firstColumn="1" w:lastColumn="0" w:noHBand="0" w:noVBand="1"/>
      </w:tblPr>
      <w:tblGrid>
        <w:gridCol w:w="9743"/>
      </w:tblGrid>
      <w:tr w:rsidR="007069B7" w14:paraId="20235B32" w14:textId="77777777">
        <w:trPr>
          <w:trHeight w:val="567"/>
        </w:trPr>
        <w:tc>
          <w:tcPr>
            <w:tcW w:w="9743" w:type="dxa"/>
          </w:tcPr>
          <w:p w14:paraId="0EA9E10D" w14:textId="77777777" w:rsidR="007069B7" w:rsidRDefault="007069B7">
            <w:pPr>
              <w:spacing w:before="120" w:after="0"/>
              <w:contextualSpacing/>
            </w:pPr>
            <w:permStart w:id="980906663" w:edGrp="everyone" w:colFirst="0" w:colLast="0"/>
          </w:p>
          <w:p w14:paraId="48D19F7A" w14:textId="77777777" w:rsidR="00471328" w:rsidRDefault="00471328">
            <w:pPr>
              <w:spacing w:before="120" w:after="0"/>
              <w:contextualSpacing/>
            </w:pPr>
          </w:p>
          <w:p w14:paraId="6AD6DE32" w14:textId="77777777" w:rsidR="007069B7" w:rsidRDefault="007069B7">
            <w:pPr>
              <w:spacing w:before="120" w:after="0"/>
              <w:contextualSpacing/>
            </w:pPr>
          </w:p>
          <w:p w14:paraId="5017123C" w14:textId="5A699AF7" w:rsidR="007069B7" w:rsidRDefault="007069B7">
            <w:pPr>
              <w:spacing w:before="120" w:after="0"/>
              <w:contextualSpacing/>
            </w:pPr>
          </w:p>
        </w:tc>
      </w:tr>
    </w:tbl>
    <w:permEnd w:id="980906663"/>
    <w:p w14:paraId="5B5B50F2" w14:textId="5CB8F176" w:rsidR="00DD09BE" w:rsidRDefault="00DD09BE" w:rsidP="006E110D">
      <w:pPr>
        <w:pStyle w:val="Heading2"/>
        <w:numPr>
          <w:ilvl w:val="0"/>
          <w:numId w:val="8"/>
        </w:numPr>
        <w:spacing w:before="480"/>
      </w:pPr>
      <w:r>
        <w:t xml:space="preserve">Research </w:t>
      </w:r>
      <w:r w:rsidR="005F6AE7">
        <w:t>Plan</w:t>
      </w:r>
    </w:p>
    <w:p w14:paraId="593D280F" w14:textId="28E62190" w:rsidR="00DD09BE" w:rsidRPr="00A63A6C" w:rsidRDefault="00085F4C" w:rsidP="006173FD">
      <w:r w:rsidRPr="00085F4C">
        <w:t>Provide a detailed description of the proposed methodology</w:t>
      </w:r>
      <w:r>
        <w:t xml:space="preserve"> </w:t>
      </w:r>
      <w:r w:rsidRPr="00A63A6C">
        <w:t>(max 800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6E110D" w:rsidRPr="00A06FF7" w14:paraId="11ACE80E" w14:textId="77777777">
        <w:tc>
          <w:tcPr>
            <w:tcW w:w="9743" w:type="dxa"/>
            <w:shd w:val="clear" w:color="auto" w:fill="F0F0F0"/>
          </w:tcPr>
          <w:p w14:paraId="421919F3" w14:textId="00CD3397" w:rsidR="006C0A37" w:rsidRDefault="003310E2" w:rsidP="003310E2">
            <w:pPr>
              <w:spacing w:before="160"/>
              <w:rPr>
                <w:sz w:val="20"/>
                <w:szCs w:val="20"/>
              </w:rPr>
            </w:pPr>
            <w:r w:rsidRPr="003310E2">
              <w:rPr>
                <w:sz w:val="20"/>
                <w:szCs w:val="20"/>
              </w:rPr>
              <w:t xml:space="preserve">Your response should address </w:t>
            </w:r>
            <w:r w:rsidR="00A63A6C" w:rsidRPr="003310E2">
              <w:rPr>
                <w:sz w:val="20"/>
                <w:szCs w:val="20"/>
              </w:rPr>
              <w:t>all</w:t>
            </w:r>
            <w:r w:rsidRPr="003310E2">
              <w:rPr>
                <w:sz w:val="20"/>
                <w:szCs w:val="20"/>
              </w:rPr>
              <w:t xml:space="preserve"> </w:t>
            </w:r>
            <w:r w:rsidR="00A63A6C">
              <w:rPr>
                <w:sz w:val="20"/>
                <w:szCs w:val="20"/>
              </w:rPr>
              <w:t xml:space="preserve">of </w:t>
            </w:r>
            <w:r w:rsidRPr="003310E2">
              <w:rPr>
                <w:sz w:val="20"/>
                <w:szCs w:val="20"/>
              </w:rPr>
              <w:t xml:space="preserve">the following areas, as applicable: </w:t>
            </w:r>
          </w:p>
          <w:p w14:paraId="303F4202" w14:textId="6B4CD8FC" w:rsidR="006C0A37" w:rsidRPr="006C0A37" w:rsidRDefault="00EE28E5" w:rsidP="006C0A37">
            <w:pPr>
              <w:spacing w:before="160"/>
              <w:contextualSpacing/>
              <w:rPr>
                <w:sz w:val="20"/>
                <w:szCs w:val="20"/>
              </w:rPr>
            </w:pPr>
            <w:r>
              <w:rPr>
                <w:sz w:val="20"/>
                <w:szCs w:val="20"/>
              </w:rPr>
              <w:t>a)</w:t>
            </w:r>
            <w:r w:rsidRPr="006C0A37">
              <w:rPr>
                <w:sz w:val="20"/>
                <w:szCs w:val="20"/>
              </w:rPr>
              <w:t xml:space="preserve"> </w:t>
            </w:r>
            <w:r w:rsidRPr="006C0A37">
              <w:rPr>
                <w:sz w:val="20"/>
                <w:szCs w:val="20"/>
              </w:rPr>
              <w:tab/>
            </w:r>
            <w:r w:rsidR="006C0A37" w:rsidRPr="006C0A37">
              <w:rPr>
                <w:sz w:val="20"/>
                <w:szCs w:val="20"/>
              </w:rPr>
              <w:t>Detailed experimental design</w:t>
            </w:r>
          </w:p>
          <w:p w14:paraId="05D40BBD" w14:textId="174F17BF" w:rsidR="006C0A37" w:rsidRPr="006C0A37" w:rsidRDefault="00EE28E5" w:rsidP="006C0A37">
            <w:pPr>
              <w:spacing w:before="160"/>
              <w:contextualSpacing/>
              <w:rPr>
                <w:sz w:val="20"/>
                <w:szCs w:val="20"/>
              </w:rPr>
            </w:pPr>
            <w:r>
              <w:rPr>
                <w:sz w:val="20"/>
                <w:szCs w:val="20"/>
              </w:rPr>
              <w:t>b)</w:t>
            </w:r>
            <w:r w:rsidRPr="006C0A37">
              <w:rPr>
                <w:sz w:val="20"/>
                <w:szCs w:val="20"/>
              </w:rPr>
              <w:t xml:space="preserve"> </w:t>
            </w:r>
            <w:r w:rsidRPr="006C0A37">
              <w:rPr>
                <w:sz w:val="20"/>
                <w:szCs w:val="20"/>
              </w:rPr>
              <w:tab/>
            </w:r>
            <w:r w:rsidR="006C0A37" w:rsidRPr="006C0A37">
              <w:rPr>
                <w:sz w:val="20"/>
                <w:szCs w:val="20"/>
              </w:rPr>
              <w:t>Controls</w:t>
            </w:r>
          </w:p>
          <w:p w14:paraId="32D3104D" w14:textId="3DAD7910" w:rsidR="006C0A37" w:rsidRPr="006C0A37" w:rsidRDefault="00EE28E5" w:rsidP="006C0A37">
            <w:pPr>
              <w:spacing w:before="160"/>
              <w:contextualSpacing/>
              <w:rPr>
                <w:sz w:val="20"/>
                <w:szCs w:val="20"/>
              </w:rPr>
            </w:pPr>
            <w:r>
              <w:rPr>
                <w:sz w:val="20"/>
                <w:szCs w:val="20"/>
              </w:rPr>
              <w:t>c)</w:t>
            </w:r>
            <w:r w:rsidRPr="006C0A37">
              <w:rPr>
                <w:sz w:val="20"/>
                <w:szCs w:val="20"/>
              </w:rPr>
              <w:t xml:space="preserve"> </w:t>
            </w:r>
            <w:r w:rsidRPr="006C0A37">
              <w:rPr>
                <w:sz w:val="20"/>
                <w:szCs w:val="20"/>
              </w:rPr>
              <w:tab/>
            </w:r>
            <w:r w:rsidR="006C0A37" w:rsidRPr="006C0A37">
              <w:rPr>
                <w:sz w:val="20"/>
                <w:szCs w:val="20"/>
              </w:rPr>
              <w:t>Endpoints</w:t>
            </w:r>
          </w:p>
          <w:p w14:paraId="66252E1D" w14:textId="384F2D3C" w:rsidR="006C0A37" w:rsidRPr="006C0A37" w:rsidRDefault="00EE28E5" w:rsidP="006C0A37">
            <w:pPr>
              <w:spacing w:before="160"/>
              <w:contextualSpacing/>
              <w:rPr>
                <w:sz w:val="20"/>
                <w:szCs w:val="20"/>
              </w:rPr>
            </w:pPr>
            <w:r>
              <w:rPr>
                <w:sz w:val="20"/>
                <w:szCs w:val="20"/>
              </w:rPr>
              <w:t>d)</w:t>
            </w:r>
            <w:r w:rsidRPr="006C0A37">
              <w:rPr>
                <w:sz w:val="20"/>
                <w:szCs w:val="20"/>
              </w:rPr>
              <w:t xml:space="preserve"> </w:t>
            </w:r>
            <w:r w:rsidRPr="006C0A37">
              <w:rPr>
                <w:sz w:val="20"/>
                <w:szCs w:val="20"/>
              </w:rPr>
              <w:tab/>
            </w:r>
            <w:r w:rsidR="006C0A37" w:rsidRPr="006C0A37">
              <w:rPr>
                <w:sz w:val="20"/>
                <w:szCs w:val="20"/>
              </w:rPr>
              <w:t>Replicates</w:t>
            </w:r>
          </w:p>
          <w:p w14:paraId="3B670E10" w14:textId="3F2E90DB" w:rsidR="006C0A37" w:rsidRPr="006C0A37" w:rsidRDefault="00EE28E5" w:rsidP="006C0A37">
            <w:pPr>
              <w:spacing w:before="160"/>
              <w:contextualSpacing/>
              <w:rPr>
                <w:sz w:val="20"/>
                <w:szCs w:val="20"/>
              </w:rPr>
            </w:pPr>
            <w:r>
              <w:rPr>
                <w:sz w:val="20"/>
                <w:szCs w:val="20"/>
              </w:rPr>
              <w:t>e)</w:t>
            </w:r>
            <w:r w:rsidR="006C0A37" w:rsidRPr="006C0A37">
              <w:rPr>
                <w:sz w:val="20"/>
                <w:szCs w:val="20"/>
              </w:rPr>
              <w:tab/>
              <w:t>Analysis Plan</w:t>
            </w:r>
          </w:p>
          <w:p w14:paraId="47B1F911" w14:textId="5A234B61" w:rsidR="006E110D" w:rsidRPr="00A06FF7" w:rsidRDefault="00EE28E5" w:rsidP="006C0A37">
            <w:pPr>
              <w:spacing w:before="160"/>
              <w:rPr>
                <w:sz w:val="20"/>
                <w:szCs w:val="20"/>
              </w:rPr>
            </w:pPr>
            <w:r>
              <w:rPr>
                <w:sz w:val="20"/>
                <w:szCs w:val="20"/>
              </w:rPr>
              <w:t>f)</w:t>
            </w:r>
            <w:r w:rsidRPr="006C0A37">
              <w:rPr>
                <w:sz w:val="20"/>
                <w:szCs w:val="20"/>
              </w:rPr>
              <w:tab/>
            </w:r>
            <w:r w:rsidR="006C0A37" w:rsidRPr="006C0A37">
              <w:rPr>
                <w:sz w:val="20"/>
                <w:szCs w:val="20"/>
              </w:rPr>
              <w:t>Reproducibility considerations</w:t>
            </w:r>
          </w:p>
        </w:tc>
      </w:tr>
    </w:tbl>
    <w:p w14:paraId="278918F6" w14:textId="77777777" w:rsidR="00DD09BE" w:rsidRDefault="00DD09BE" w:rsidP="00A63A6C">
      <w:pPr>
        <w:spacing w:after="0"/>
      </w:pPr>
    </w:p>
    <w:tbl>
      <w:tblPr>
        <w:tblStyle w:val="TableGrid"/>
        <w:tblW w:w="0" w:type="auto"/>
        <w:tblLook w:val="04A0" w:firstRow="1" w:lastRow="0" w:firstColumn="1" w:lastColumn="0" w:noHBand="0" w:noVBand="1"/>
      </w:tblPr>
      <w:tblGrid>
        <w:gridCol w:w="9743"/>
      </w:tblGrid>
      <w:tr w:rsidR="00A63A6C" w14:paraId="4E492C95" w14:textId="77777777">
        <w:trPr>
          <w:trHeight w:val="567"/>
        </w:trPr>
        <w:tc>
          <w:tcPr>
            <w:tcW w:w="9743" w:type="dxa"/>
          </w:tcPr>
          <w:p w14:paraId="2ACA32A6" w14:textId="77777777" w:rsidR="00A63A6C" w:rsidRDefault="00A63A6C">
            <w:pPr>
              <w:spacing w:before="120" w:after="0"/>
              <w:contextualSpacing/>
            </w:pPr>
            <w:permStart w:id="1800606059" w:edGrp="everyone" w:colFirst="0" w:colLast="0"/>
          </w:p>
          <w:p w14:paraId="2A05E5B8" w14:textId="77777777" w:rsidR="00A63A6C" w:rsidRDefault="00A63A6C">
            <w:pPr>
              <w:spacing w:before="120" w:after="0"/>
              <w:contextualSpacing/>
            </w:pPr>
          </w:p>
          <w:p w14:paraId="784386F1" w14:textId="77777777" w:rsidR="00ED2796" w:rsidRDefault="00ED2796">
            <w:pPr>
              <w:spacing w:before="120" w:after="0"/>
              <w:contextualSpacing/>
            </w:pPr>
          </w:p>
          <w:p w14:paraId="09BC053A" w14:textId="77777777" w:rsidR="001C6C91" w:rsidRDefault="001C6C91">
            <w:pPr>
              <w:spacing w:before="120" w:after="0"/>
              <w:contextualSpacing/>
            </w:pPr>
          </w:p>
          <w:p w14:paraId="72FE312C" w14:textId="77777777" w:rsidR="001C6C91" w:rsidRDefault="001C6C91">
            <w:pPr>
              <w:spacing w:before="120" w:after="0"/>
              <w:contextualSpacing/>
            </w:pPr>
          </w:p>
          <w:p w14:paraId="2A45AEA1" w14:textId="77777777" w:rsidR="00A63A6C" w:rsidRDefault="00A63A6C">
            <w:pPr>
              <w:spacing w:before="120" w:after="0"/>
              <w:contextualSpacing/>
            </w:pPr>
          </w:p>
        </w:tc>
      </w:tr>
      <w:permEnd w:id="1800606059"/>
    </w:tbl>
    <w:p w14:paraId="6E1413C0" w14:textId="77777777" w:rsidR="00857D25" w:rsidRDefault="00857D25" w:rsidP="001C6C91">
      <w:pPr>
        <w:spacing w:after="0"/>
        <w:rPr>
          <w:b/>
          <w:bCs/>
        </w:rPr>
      </w:pPr>
    </w:p>
    <w:p w14:paraId="7CF7E689" w14:textId="5927BC17" w:rsidR="00D00FF6" w:rsidRPr="00D00FF6" w:rsidRDefault="00D00FF6" w:rsidP="00DD09BE">
      <w:r w:rsidRPr="00D00FF6">
        <w:t xml:space="preserve">What </w:t>
      </w:r>
      <w:r w:rsidR="0032402F">
        <w:t xml:space="preserve">classification </w:t>
      </w:r>
      <w:r w:rsidRPr="00D00FF6">
        <w:t>best describes this project?</w:t>
      </w:r>
    </w:p>
    <w:permStart w:id="1190921864" w:edGrp="everyone"/>
    <w:p w14:paraId="45C8D002" w14:textId="7A2E17F0" w:rsidR="006173FD" w:rsidRDefault="002C0D44" w:rsidP="006173FD">
      <w:sdt>
        <w:sdtPr>
          <w:id w:val="1742440144"/>
          <w14:checkbox>
            <w14:checked w14:val="0"/>
            <w14:checkedState w14:val="2612" w14:font="MS Gothic"/>
            <w14:uncheckedState w14:val="2610" w14:font="MS Gothic"/>
          </w14:checkbox>
        </w:sdtPr>
        <w:sdtEndPr/>
        <w:sdtContent>
          <w:r w:rsidR="00365600">
            <w:rPr>
              <w:rFonts w:ascii="MS Gothic" w:eastAsia="MS Gothic" w:hAnsi="MS Gothic" w:hint="eastAsia"/>
            </w:rPr>
            <w:t>☐</w:t>
          </w:r>
        </w:sdtContent>
      </w:sdt>
      <w:r w:rsidR="006173FD">
        <w:t xml:space="preserve">    </w:t>
      </w:r>
      <w:permEnd w:id="1190921864"/>
      <w:r w:rsidR="006173FD">
        <w:t>Wet lab</w:t>
      </w:r>
    </w:p>
    <w:permStart w:id="552891960" w:edGrp="everyone"/>
    <w:p w14:paraId="43E0C76D" w14:textId="77777777" w:rsidR="006173FD" w:rsidRDefault="002C0D44" w:rsidP="006173FD">
      <w:sdt>
        <w:sdtPr>
          <w:id w:val="1105619344"/>
          <w14:checkbox>
            <w14:checked w14:val="0"/>
            <w14:checkedState w14:val="2612" w14:font="MS Gothic"/>
            <w14:uncheckedState w14:val="2610" w14:font="MS Gothic"/>
          </w14:checkbox>
        </w:sdtPr>
        <w:sdtEndPr/>
        <w:sdtContent>
          <w:r w:rsidR="006173FD">
            <w:rPr>
              <w:rFonts w:ascii="MS Gothic" w:eastAsia="MS Gothic" w:hAnsi="MS Gothic" w:hint="eastAsia"/>
            </w:rPr>
            <w:t>☐</w:t>
          </w:r>
        </w:sdtContent>
      </w:sdt>
      <w:r w:rsidR="006173FD">
        <w:t xml:space="preserve">    </w:t>
      </w:r>
      <w:permEnd w:id="552891960"/>
      <w:r w:rsidR="006173FD">
        <w:t>Dry lab</w:t>
      </w:r>
    </w:p>
    <w:permStart w:id="1478646131" w:edGrp="everyone"/>
    <w:p w14:paraId="214F6D40" w14:textId="77777777" w:rsidR="006173FD" w:rsidRDefault="002C0D44" w:rsidP="006173FD">
      <w:sdt>
        <w:sdtPr>
          <w:id w:val="388148689"/>
          <w14:checkbox>
            <w14:checked w14:val="0"/>
            <w14:checkedState w14:val="2612" w14:font="MS Gothic"/>
            <w14:uncheckedState w14:val="2610" w14:font="MS Gothic"/>
          </w14:checkbox>
        </w:sdtPr>
        <w:sdtEndPr/>
        <w:sdtContent>
          <w:r w:rsidR="006173FD">
            <w:rPr>
              <w:rFonts w:ascii="MS Gothic" w:eastAsia="MS Gothic" w:hAnsi="MS Gothic" w:hint="eastAsia"/>
            </w:rPr>
            <w:t>☐</w:t>
          </w:r>
        </w:sdtContent>
      </w:sdt>
      <w:r w:rsidR="006173FD">
        <w:t xml:space="preserve">    </w:t>
      </w:r>
      <w:permEnd w:id="1478646131"/>
      <w:r w:rsidR="006173FD">
        <w:t>Both</w:t>
      </w:r>
    </w:p>
    <w:p w14:paraId="13926BA4" w14:textId="14753495" w:rsidR="00720DE0" w:rsidRDefault="00305EE4" w:rsidP="006173FD">
      <w:pPr>
        <w:rPr>
          <w:lang w:val="en-US"/>
        </w:rPr>
      </w:pPr>
      <w:r w:rsidRPr="00305EE4">
        <w:rPr>
          <w:lang w:val="en-US"/>
        </w:rPr>
        <w:lastRenderedPageBreak/>
        <w:t xml:space="preserve">Provide details of </w:t>
      </w:r>
      <w:r w:rsidR="00ED715F">
        <w:rPr>
          <w:lang w:val="en-US"/>
        </w:rPr>
        <w:t xml:space="preserve">the </w:t>
      </w:r>
      <w:r w:rsidRPr="00305EE4">
        <w:rPr>
          <w:lang w:val="en-US"/>
        </w:rPr>
        <w:t>models</w:t>
      </w:r>
      <w:r w:rsidR="00ED715F">
        <w:rPr>
          <w:lang w:val="en-US"/>
        </w:rPr>
        <w:t xml:space="preserve"> or </w:t>
      </w:r>
      <w:r w:rsidRPr="00305EE4">
        <w:rPr>
          <w:lang w:val="en-US"/>
        </w:rPr>
        <w:t>systems (</w:t>
      </w:r>
      <w:r w:rsidR="00ED715F">
        <w:rPr>
          <w:lang w:val="en-US"/>
        </w:rPr>
        <w:t xml:space="preserve">for </w:t>
      </w:r>
      <w:r w:rsidRPr="00305EE4">
        <w:rPr>
          <w:lang w:val="en-US"/>
        </w:rPr>
        <w:t>wet</w:t>
      </w:r>
      <w:r w:rsidR="00ED715F">
        <w:rPr>
          <w:lang w:val="en-US"/>
        </w:rPr>
        <w:t xml:space="preserve"> lab research</w:t>
      </w:r>
      <w:r w:rsidRPr="00305EE4">
        <w:rPr>
          <w:lang w:val="en-US"/>
        </w:rPr>
        <w:t xml:space="preserve">) and/or </w:t>
      </w:r>
      <w:r w:rsidR="00D53B82">
        <w:rPr>
          <w:lang w:val="en-US"/>
        </w:rPr>
        <w:t xml:space="preserve">the </w:t>
      </w:r>
      <w:r w:rsidRPr="00305EE4">
        <w:rPr>
          <w:lang w:val="en-US"/>
        </w:rPr>
        <w:t>data sources</w:t>
      </w:r>
      <w:r w:rsidR="00D53B82">
        <w:rPr>
          <w:lang w:val="en-US"/>
        </w:rPr>
        <w:t>, datasets, pipelines and tools (for dry lab research) that will be used to co</w:t>
      </w:r>
      <w:r w:rsidR="00E45724">
        <w:rPr>
          <w:lang w:val="en-US"/>
        </w:rPr>
        <w:t>nduct the proposed research</w:t>
      </w:r>
      <w:r w:rsidR="00471328">
        <w:rPr>
          <w:lang w:val="en-US"/>
        </w:rPr>
        <w:t xml:space="preserve"> (max 300 words)</w:t>
      </w:r>
      <w:r w:rsidR="00E45724">
        <w:rPr>
          <w:lang w:val="en-US"/>
        </w:rPr>
        <w:t xml:space="preserve">: </w:t>
      </w:r>
    </w:p>
    <w:tbl>
      <w:tblPr>
        <w:tblStyle w:val="TableGrid"/>
        <w:tblW w:w="0" w:type="auto"/>
        <w:tblLook w:val="04A0" w:firstRow="1" w:lastRow="0" w:firstColumn="1" w:lastColumn="0" w:noHBand="0" w:noVBand="1"/>
      </w:tblPr>
      <w:tblGrid>
        <w:gridCol w:w="9743"/>
      </w:tblGrid>
      <w:tr w:rsidR="00DE7611" w14:paraId="398440A0" w14:textId="77777777" w:rsidTr="00DE7611">
        <w:trPr>
          <w:trHeight w:val="567"/>
        </w:trPr>
        <w:tc>
          <w:tcPr>
            <w:tcW w:w="9743" w:type="dxa"/>
          </w:tcPr>
          <w:p w14:paraId="6FF9BA9E" w14:textId="77777777" w:rsidR="00DE7611" w:rsidRDefault="00DE7611" w:rsidP="002D417D">
            <w:pPr>
              <w:spacing w:before="120" w:after="0"/>
              <w:contextualSpacing/>
            </w:pPr>
            <w:permStart w:id="1876827470" w:edGrp="everyone"/>
          </w:p>
          <w:p w14:paraId="5A794465" w14:textId="77777777" w:rsidR="00DE7611" w:rsidRDefault="00DE7611" w:rsidP="002D417D">
            <w:pPr>
              <w:spacing w:before="120" w:after="0"/>
              <w:contextualSpacing/>
            </w:pPr>
          </w:p>
          <w:p w14:paraId="7941C069" w14:textId="77777777" w:rsidR="00DE7611" w:rsidRDefault="00DE7611" w:rsidP="002D417D">
            <w:pPr>
              <w:spacing w:before="120" w:after="0"/>
              <w:contextualSpacing/>
            </w:pPr>
          </w:p>
          <w:p w14:paraId="6A7F87A9" w14:textId="77777777" w:rsidR="00DE7611" w:rsidRDefault="00DE7611" w:rsidP="002D417D">
            <w:pPr>
              <w:spacing w:before="120" w:after="0"/>
              <w:contextualSpacing/>
            </w:pPr>
            <w:r>
              <w:t xml:space="preserve"> </w:t>
            </w:r>
            <w:permEnd w:id="1876827470"/>
          </w:p>
        </w:tc>
      </w:tr>
    </w:tbl>
    <w:p w14:paraId="5AA8C722" w14:textId="77777777" w:rsidR="00A51272" w:rsidRDefault="00A51272" w:rsidP="00857D25">
      <w:pPr>
        <w:spacing w:after="0"/>
      </w:pPr>
    </w:p>
    <w:p w14:paraId="173E4121" w14:textId="33CFE263" w:rsidR="009B1C90" w:rsidRDefault="00A51272" w:rsidP="00DD09BE">
      <w:pPr>
        <w:rPr>
          <w:b/>
          <w:bCs/>
        </w:rPr>
      </w:pPr>
      <w:r w:rsidRPr="00A51272">
        <w:rPr>
          <w:b/>
          <w:bCs/>
        </w:rPr>
        <w:t>3.</w:t>
      </w:r>
      <w:r w:rsidR="00AB545F">
        <w:rPr>
          <w:b/>
          <w:bCs/>
        </w:rPr>
        <w:t>1</w:t>
      </w:r>
      <w:r w:rsidRPr="00A51272">
        <w:rPr>
          <w:b/>
          <w:bCs/>
        </w:rPr>
        <w:t xml:space="preserve"> Timeline and milestones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134DFB" w:rsidRPr="00A06FF7" w14:paraId="127E02E7" w14:textId="77777777">
        <w:tc>
          <w:tcPr>
            <w:tcW w:w="9743" w:type="dxa"/>
            <w:shd w:val="clear" w:color="auto" w:fill="F0F0F0"/>
          </w:tcPr>
          <w:p w14:paraId="5D975AAA" w14:textId="777EB83C" w:rsidR="00134DFB" w:rsidRPr="00A06FF7" w:rsidRDefault="001E5C14">
            <w:pPr>
              <w:spacing w:before="160"/>
              <w:rPr>
                <w:sz w:val="20"/>
                <w:szCs w:val="20"/>
              </w:rPr>
            </w:pPr>
            <w:r w:rsidRPr="001E5C14">
              <w:rPr>
                <w:sz w:val="20"/>
                <w:szCs w:val="20"/>
              </w:rPr>
              <w:t>Provide the major milestones and associated outputs expected throughout the project. Milestones should be realistic, measurable and aligned with the proposed research plan.</w:t>
            </w:r>
            <w:r w:rsidR="004E1EFD">
              <w:rPr>
                <w:sz w:val="20"/>
                <w:szCs w:val="20"/>
              </w:rPr>
              <w:t xml:space="preserve"> </w:t>
            </w:r>
            <w:r w:rsidR="004E1EFD" w:rsidRPr="004E1EFD">
              <w:rPr>
                <w:sz w:val="20"/>
                <w:szCs w:val="20"/>
              </w:rPr>
              <w:t>If additional space is required, please add rows to the table.</w:t>
            </w:r>
          </w:p>
        </w:tc>
      </w:tr>
    </w:tbl>
    <w:p w14:paraId="4741F6B8" w14:textId="77777777" w:rsidR="00134DFB" w:rsidRPr="00A51272" w:rsidRDefault="00134DFB" w:rsidP="001E5C14">
      <w:pPr>
        <w:spacing w:after="0"/>
        <w:rPr>
          <w:b/>
          <w:bCs/>
        </w:rPr>
      </w:pPr>
    </w:p>
    <w:tbl>
      <w:tblPr>
        <w:tblStyle w:val="TableGrid"/>
        <w:tblW w:w="0" w:type="auto"/>
        <w:tblInd w:w="-5" w:type="dxa"/>
        <w:tblLook w:val="04A0" w:firstRow="1" w:lastRow="0" w:firstColumn="1" w:lastColumn="0" w:noHBand="0" w:noVBand="1"/>
      </w:tblPr>
      <w:tblGrid>
        <w:gridCol w:w="1843"/>
        <w:gridCol w:w="4492"/>
        <w:gridCol w:w="3413"/>
      </w:tblGrid>
      <w:tr w:rsidR="009B1C90" w14:paraId="15E3401C" w14:textId="6B931E00" w:rsidTr="001E5C14">
        <w:trPr>
          <w:trHeight w:val="510"/>
        </w:trPr>
        <w:tc>
          <w:tcPr>
            <w:tcW w:w="1843" w:type="dxa"/>
            <w:shd w:val="clear" w:color="auto" w:fill="D4E8F7"/>
            <w:vAlign w:val="center"/>
          </w:tcPr>
          <w:p w14:paraId="552A3FE7" w14:textId="6F03F3FA" w:rsidR="009B1C90" w:rsidRPr="001E5C14" w:rsidRDefault="009B1C90">
            <w:pPr>
              <w:pStyle w:val="ListBullet"/>
              <w:numPr>
                <w:ilvl w:val="0"/>
                <w:numId w:val="0"/>
              </w:numPr>
              <w:rPr>
                <w:rStyle w:val="Strong"/>
              </w:rPr>
            </w:pPr>
            <w:r w:rsidRPr="001E5C14">
              <w:rPr>
                <w:rStyle w:val="Strong"/>
              </w:rPr>
              <w:t>Month/Period</w:t>
            </w:r>
          </w:p>
        </w:tc>
        <w:tc>
          <w:tcPr>
            <w:tcW w:w="4492" w:type="dxa"/>
            <w:shd w:val="clear" w:color="auto" w:fill="D4E8F7"/>
            <w:vAlign w:val="center"/>
          </w:tcPr>
          <w:p w14:paraId="50E254FD" w14:textId="3E81CDD8" w:rsidR="009B1C90" w:rsidRPr="001E5C14" w:rsidRDefault="009B1C90">
            <w:pPr>
              <w:pStyle w:val="ListBullet"/>
              <w:numPr>
                <w:ilvl w:val="0"/>
                <w:numId w:val="0"/>
              </w:numPr>
              <w:spacing w:after="0"/>
              <w:contextualSpacing w:val="0"/>
              <w:rPr>
                <w:rStyle w:val="Strong"/>
              </w:rPr>
            </w:pPr>
            <w:r w:rsidRPr="001E5C14">
              <w:rPr>
                <w:rStyle w:val="Strong"/>
              </w:rPr>
              <w:t>Milestone</w:t>
            </w:r>
          </w:p>
        </w:tc>
        <w:tc>
          <w:tcPr>
            <w:tcW w:w="3413" w:type="dxa"/>
            <w:shd w:val="clear" w:color="auto" w:fill="D4E8F7"/>
            <w:vAlign w:val="center"/>
          </w:tcPr>
          <w:p w14:paraId="05F2C430" w14:textId="1ED836BC" w:rsidR="009B1C90" w:rsidRPr="001E5C14" w:rsidRDefault="009B1C90" w:rsidP="009B1C90">
            <w:pPr>
              <w:pStyle w:val="ListBullet"/>
              <w:numPr>
                <w:ilvl w:val="0"/>
                <w:numId w:val="0"/>
              </w:numPr>
              <w:spacing w:beforeLines="160" w:before="384" w:after="0"/>
              <w:rPr>
                <w:rStyle w:val="Strong"/>
              </w:rPr>
            </w:pPr>
            <w:r w:rsidRPr="001E5C14">
              <w:rPr>
                <w:rStyle w:val="Strong"/>
              </w:rPr>
              <w:t>Output/Deliverable</w:t>
            </w:r>
          </w:p>
        </w:tc>
      </w:tr>
      <w:tr w:rsidR="009B1C90" w14:paraId="2683ADAB" w14:textId="79908873" w:rsidTr="0034735F">
        <w:trPr>
          <w:trHeight w:val="510"/>
        </w:trPr>
        <w:tc>
          <w:tcPr>
            <w:tcW w:w="1843" w:type="dxa"/>
            <w:vAlign w:val="center"/>
          </w:tcPr>
          <w:p w14:paraId="4A1F2F9D" w14:textId="172FED9D" w:rsidR="009B1C90" w:rsidRPr="00EB38DB" w:rsidRDefault="00196E03" w:rsidP="008F2190">
            <w:pPr>
              <w:spacing w:after="0" w:line="276" w:lineRule="auto"/>
              <w:contextualSpacing/>
              <w:rPr>
                <w:rStyle w:val="Strong"/>
                <w:b w:val="0"/>
                <w:bCs w:val="0"/>
                <w:color w:val="auto"/>
              </w:rPr>
            </w:pPr>
            <w:permStart w:id="1657354172" w:edGrp="everyone"/>
            <w:r w:rsidRPr="003F6DB4">
              <w:tab/>
            </w:r>
            <w:r>
              <w:tab/>
            </w:r>
            <w:permEnd w:id="1657354172"/>
          </w:p>
        </w:tc>
        <w:tc>
          <w:tcPr>
            <w:tcW w:w="4492" w:type="dxa"/>
            <w:vAlign w:val="center"/>
          </w:tcPr>
          <w:p w14:paraId="297271C7" w14:textId="584358BA" w:rsidR="009B1C90" w:rsidRDefault="00196E03" w:rsidP="008F2190">
            <w:pPr>
              <w:pStyle w:val="ListBullet"/>
              <w:numPr>
                <w:ilvl w:val="0"/>
                <w:numId w:val="0"/>
              </w:numPr>
              <w:spacing w:after="0" w:line="276" w:lineRule="auto"/>
            </w:pPr>
            <w:permStart w:id="323241638" w:edGrp="everyone"/>
            <w:r w:rsidRPr="003F6DB4">
              <w:tab/>
            </w:r>
            <w:r>
              <w:tab/>
            </w:r>
            <w:permEnd w:id="323241638"/>
          </w:p>
        </w:tc>
        <w:tc>
          <w:tcPr>
            <w:tcW w:w="3413" w:type="dxa"/>
            <w:vAlign w:val="center"/>
          </w:tcPr>
          <w:p w14:paraId="38CF89D5" w14:textId="70ED50C7" w:rsidR="009B1C90" w:rsidRDefault="00196E03" w:rsidP="008F2190">
            <w:pPr>
              <w:pStyle w:val="ListBullet"/>
              <w:numPr>
                <w:ilvl w:val="0"/>
                <w:numId w:val="0"/>
              </w:numPr>
              <w:spacing w:after="0" w:line="276" w:lineRule="auto"/>
            </w:pPr>
            <w:permStart w:id="1679830935" w:edGrp="everyone"/>
            <w:r w:rsidRPr="003F6DB4">
              <w:tab/>
            </w:r>
            <w:r>
              <w:tab/>
            </w:r>
            <w:permEnd w:id="1679830935"/>
          </w:p>
        </w:tc>
      </w:tr>
      <w:tr w:rsidR="009B1C90" w14:paraId="35CC7A3E" w14:textId="73BC0484" w:rsidTr="008F2190">
        <w:trPr>
          <w:trHeight w:val="510"/>
        </w:trPr>
        <w:tc>
          <w:tcPr>
            <w:tcW w:w="1843" w:type="dxa"/>
            <w:vAlign w:val="center"/>
          </w:tcPr>
          <w:p w14:paraId="24AA52D0" w14:textId="14737FA3" w:rsidR="009B1C90" w:rsidRPr="00EB38DB" w:rsidRDefault="00196E03" w:rsidP="008F2190">
            <w:pPr>
              <w:spacing w:after="0" w:line="276" w:lineRule="auto"/>
              <w:contextualSpacing/>
              <w:rPr>
                <w:rStyle w:val="Strong"/>
                <w:b w:val="0"/>
                <w:bCs w:val="0"/>
                <w:color w:val="auto"/>
              </w:rPr>
            </w:pPr>
            <w:permStart w:id="1088627899" w:edGrp="everyone"/>
            <w:r w:rsidRPr="003F6DB4">
              <w:tab/>
            </w:r>
            <w:r>
              <w:tab/>
            </w:r>
            <w:permEnd w:id="1088627899"/>
          </w:p>
        </w:tc>
        <w:tc>
          <w:tcPr>
            <w:tcW w:w="4492" w:type="dxa"/>
            <w:vAlign w:val="center"/>
          </w:tcPr>
          <w:p w14:paraId="3537B94C" w14:textId="2CE1C727" w:rsidR="009B1C90" w:rsidRDefault="00196E03" w:rsidP="008F2190">
            <w:pPr>
              <w:pStyle w:val="ListBullet"/>
              <w:numPr>
                <w:ilvl w:val="0"/>
                <w:numId w:val="0"/>
              </w:numPr>
              <w:spacing w:after="0" w:line="276" w:lineRule="auto"/>
            </w:pPr>
            <w:permStart w:id="867183279" w:edGrp="everyone"/>
            <w:r w:rsidRPr="003F6DB4">
              <w:tab/>
            </w:r>
            <w:r>
              <w:tab/>
            </w:r>
            <w:permEnd w:id="867183279"/>
          </w:p>
        </w:tc>
        <w:tc>
          <w:tcPr>
            <w:tcW w:w="3413" w:type="dxa"/>
            <w:vAlign w:val="center"/>
          </w:tcPr>
          <w:p w14:paraId="0F06303F" w14:textId="163F0584" w:rsidR="009B1C90" w:rsidRDefault="00196E03" w:rsidP="008F2190">
            <w:pPr>
              <w:pStyle w:val="ListBullet"/>
              <w:numPr>
                <w:ilvl w:val="0"/>
                <w:numId w:val="0"/>
              </w:numPr>
              <w:spacing w:after="0" w:line="276" w:lineRule="auto"/>
            </w:pPr>
            <w:permStart w:id="1623481152" w:edGrp="everyone"/>
            <w:r w:rsidRPr="003F6DB4">
              <w:tab/>
            </w:r>
            <w:r>
              <w:tab/>
            </w:r>
            <w:permEnd w:id="1623481152"/>
          </w:p>
        </w:tc>
      </w:tr>
      <w:tr w:rsidR="009B1C90" w14:paraId="2C5EE4F0" w14:textId="68DDD84A" w:rsidTr="008F2190">
        <w:trPr>
          <w:trHeight w:val="510"/>
        </w:trPr>
        <w:tc>
          <w:tcPr>
            <w:tcW w:w="1843" w:type="dxa"/>
            <w:vAlign w:val="center"/>
          </w:tcPr>
          <w:p w14:paraId="007A6A01" w14:textId="30945C56" w:rsidR="009B1C90" w:rsidRPr="00EB38DB" w:rsidRDefault="00196E03" w:rsidP="008F2190">
            <w:pPr>
              <w:spacing w:after="0" w:line="276" w:lineRule="auto"/>
              <w:contextualSpacing/>
              <w:rPr>
                <w:rStyle w:val="Strong"/>
                <w:b w:val="0"/>
                <w:bCs w:val="0"/>
                <w:color w:val="auto"/>
              </w:rPr>
            </w:pPr>
            <w:permStart w:id="265235955" w:edGrp="everyone"/>
            <w:r w:rsidRPr="003F6DB4">
              <w:tab/>
            </w:r>
            <w:r>
              <w:tab/>
            </w:r>
            <w:permEnd w:id="265235955"/>
          </w:p>
        </w:tc>
        <w:tc>
          <w:tcPr>
            <w:tcW w:w="4492" w:type="dxa"/>
            <w:vAlign w:val="center"/>
          </w:tcPr>
          <w:p w14:paraId="734154CB" w14:textId="26F21189" w:rsidR="009B1C90" w:rsidRDefault="00196E03" w:rsidP="008F2190">
            <w:pPr>
              <w:pStyle w:val="ListBullet"/>
              <w:numPr>
                <w:ilvl w:val="0"/>
                <w:numId w:val="0"/>
              </w:numPr>
              <w:spacing w:after="0" w:line="276" w:lineRule="auto"/>
            </w:pPr>
            <w:permStart w:id="480210081" w:edGrp="everyone"/>
            <w:r w:rsidRPr="003F6DB4">
              <w:tab/>
            </w:r>
            <w:r>
              <w:tab/>
            </w:r>
            <w:permEnd w:id="480210081"/>
          </w:p>
        </w:tc>
        <w:tc>
          <w:tcPr>
            <w:tcW w:w="3413" w:type="dxa"/>
            <w:vAlign w:val="center"/>
          </w:tcPr>
          <w:p w14:paraId="21BF7F6D" w14:textId="7ED44087" w:rsidR="009B1C90" w:rsidRDefault="00196E03" w:rsidP="008F2190">
            <w:pPr>
              <w:pStyle w:val="ListBullet"/>
              <w:numPr>
                <w:ilvl w:val="0"/>
                <w:numId w:val="0"/>
              </w:numPr>
              <w:spacing w:after="0" w:line="276" w:lineRule="auto"/>
            </w:pPr>
            <w:permStart w:id="65080003" w:edGrp="everyone"/>
            <w:r w:rsidRPr="003F6DB4">
              <w:tab/>
            </w:r>
            <w:r>
              <w:tab/>
            </w:r>
            <w:permEnd w:id="65080003"/>
          </w:p>
        </w:tc>
      </w:tr>
    </w:tbl>
    <w:p w14:paraId="449B98A0" w14:textId="77777777" w:rsidR="009B1C90" w:rsidRDefault="009B1C90" w:rsidP="00857D25">
      <w:pPr>
        <w:spacing w:after="0"/>
      </w:pPr>
    </w:p>
    <w:p w14:paraId="11AE439C" w14:textId="55833E4D" w:rsidR="00A51272" w:rsidRDefault="00A51272" w:rsidP="00A51272">
      <w:pPr>
        <w:rPr>
          <w:b/>
          <w:bCs/>
        </w:rPr>
      </w:pPr>
      <w:r w:rsidRPr="00A51272">
        <w:rPr>
          <w:b/>
          <w:bCs/>
        </w:rPr>
        <w:t>3.</w:t>
      </w:r>
      <w:r w:rsidR="00AB545F">
        <w:rPr>
          <w:b/>
          <w:bCs/>
        </w:rPr>
        <w:t>2</w:t>
      </w:r>
      <w:r w:rsidRPr="00A51272">
        <w:rPr>
          <w:b/>
          <w:bCs/>
        </w:rPr>
        <w:t xml:space="preserve"> </w:t>
      </w:r>
      <w:r>
        <w:rPr>
          <w:b/>
          <w:bCs/>
        </w:rPr>
        <w:t>Risks and mitigation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735344" w:rsidRPr="00A06FF7" w14:paraId="1E25B991" w14:textId="77777777">
        <w:tc>
          <w:tcPr>
            <w:tcW w:w="9743" w:type="dxa"/>
            <w:shd w:val="clear" w:color="auto" w:fill="F0F0F0"/>
          </w:tcPr>
          <w:p w14:paraId="746DB9FC" w14:textId="77777777" w:rsidR="00735344" w:rsidRDefault="00CB26C9">
            <w:pPr>
              <w:spacing w:before="160"/>
              <w:rPr>
                <w:sz w:val="20"/>
                <w:szCs w:val="20"/>
              </w:rPr>
            </w:pPr>
            <w:r w:rsidRPr="00CB26C9">
              <w:rPr>
                <w:sz w:val="20"/>
                <w:szCs w:val="20"/>
              </w:rPr>
              <w:t>Identify key risks that may impact project delivery. Outline strategies to mitigate these risks and any</w:t>
            </w:r>
            <w:r w:rsidR="0026042D">
              <w:rPr>
                <w:sz w:val="20"/>
                <w:szCs w:val="20"/>
              </w:rPr>
              <w:t xml:space="preserve"> </w:t>
            </w:r>
            <w:r w:rsidRPr="00CB26C9">
              <w:rPr>
                <w:sz w:val="20"/>
                <w:szCs w:val="20"/>
              </w:rPr>
              <w:t>contingency plans that could be implemented.</w:t>
            </w:r>
            <w:r>
              <w:rPr>
                <w:sz w:val="20"/>
                <w:szCs w:val="20"/>
              </w:rPr>
              <w:t xml:space="preserve"> </w:t>
            </w:r>
            <w:r w:rsidRPr="004E1EFD">
              <w:rPr>
                <w:sz w:val="20"/>
                <w:szCs w:val="20"/>
              </w:rPr>
              <w:t>If additional space is required, please add rows to the table.</w:t>
            </w:r>
          </w:p>
          <w:p w14:paraId="1902CD87" w14:textId="1FFED096" w:rsidR="004D166E" w:rsidRPr="0060067E" w:rsidRDefault="008028B8">
            <w:pPr>
              <w:spacing w:before="160"/>
              <w:rPr>
                <w:sz w:val="20"/>
                <w:szCs w:val="20"/>
              </w:rPr>
            </w:pPr>
            <w:r w:rsidRPr="0060067E">
              <w:rPr>
                <w:sz w:val="20"/>
                <w:szCs w:val="20"/>
              </w:rPr>
              <w:t>Likelihood Scale</w:t>
            </w:r>
            <w:r w:rsidR="00F3304C">
              <w:rPr>
                <w:sz w:val="20"/>
                <w:szCs w:val="20"/>
              </w:rPr>
              <w:t>:</w:t>
            </w:r>
          </w:p>
          <w:p w14:paraId="067292B8" w14:textId="77777777" w:rsidR="00F3304C" w:rsidRDefault="001D0A91" w:rsidP="001D0A91">
            <w:pPr>
              <w:pStyle w:val="ListParagraph"/>
              <w:numPr>
                <w:ilvl w:val="0"/>
                <w:numId w:val="24"/>
              </w:numPr>
              <w:spacing w:before="160"/>
              <w:rPr>
                <w:sz w:val="20"/>
                <w:szCs w:val="20"/>
              </w:rPr>
            </w:pPr>
            <w:r>
              <w:rPr>
                <w:sz w:val="20"/>
                <w:szCs w:val="20"/>
              </w:rPr>
              <w:t xml:space="preserve">Very Likely </w:t>
            </w:r>
          </w:p>
          <w:p w14:paraId="586A6E65" w14:textId="77777777" w:rsidR="00F3304C" w:rsidRDefault="00F3304C" w:rsidP="001D0A91">
            <w:pPr>
              <w:pStyle w:val="ListParagraph"/>
              <w:numPr>
                <w:ilvl w:val="0"/>
                <w:numId w:val="24"/>
              </w:numPr>
              <w:spacing w:before="160"/>
              <w:rPr>
                <w:sz w:val="20"/>
                <w:szCs w:val="20"/>
              </w:rPr>
            </w:pPr>
            <w:r>
              <w:rPr>
                <w:sz w:val="20"/>
                <w:szCs w:val="20"/>
              </w:rPr>
              <w:t>Likely</w:t>
            </w:r>
          </w:p>
          <w:p w14:paraId="65EB0785" w14:textId="77777777" w:rsidR="00F3304C" w:rsidRDefault="00F3304C" w:rsidP="001D0A91">
            <w:pPr>
              <w:pStyle w:val="ListParagraph"/>
              <w:numPr>
                <w:ilvl w:val="0"/>
                <w:numId w:val="24"/>
              </w:numPr>
              <w:spacing w:before="160"/>
              <w:rPr>
                <w:sz w:val="20"/>
                <w:szCs w:val="20"/>
              </w:rPr>
            </w:pPr>
            <w:r>
              <w:rPr>
                <w:sz w:val="20"/>
                <w:szCs w:val="20"/>
              </w:rPr>
              <w:t>Possible</w:t>
            </w:r>
          </w:p>
          <w:p w14:paraId="0F9C830F" w14:textId="77777777" w:rsidR="00F3304C" w:rsidRDefault="00F3304C" w:rsidP="001D0A91">
            <w:pPr>
              <w:pStyle w:val="ListParagraph"/>
              <w:numPr>
                <w:ilvl w:val="0"/>
                <w:numId w:val="24"/>
              </w:numPr>
              <w:spacing w:before="160"/>
              <w:rPr>
                <w:sz w:val="20"/>
                <w:szCs w:val="20"/>
              </w:rPr>
            </w:pPr>
            <w:r>
              <w:rPr>
                <w:sz w:val="20"/>
                <w:szCs w:val="20"/>
              </w:rPr>
              <w:t>Unlikely</w:t>
            </w:r>
          </w:p>
          <w:p w14:paraId="4CCE3721" w14:textId="2EA85A86" w:rsidR="00735344" w:rsidRPr="00A06FF7" w:rsidRDefault="00F3304C" w:rsidP="001D0A91">
            <w:pPr>
              <w:pStyle w:val="ListParagraph"/>
              <w:numPr>
                <w:ilvl w:val="0"/>
                <w:numId w:val="24"/>
              </w:numPr>
              <w:spacing w:before="160"/>
              <w:rPr>
                <w:sz w:val="20"/>
                <w:szCs w:val="20"/>
              </w:rPr>
            </w:pPr>
            <w:r>
              <w:rPr>
                <w:sz w:val="20"/>
                <w:szCs w:val="20"/>
              </w:rPr>
              <w:t>Very Unlikely</w:t>
            </w:r>
            <w:r w:rsidR="001D0A91">
              <w:rPr>
                <w:sz w:val="20"/>
                <w:szCs w:val="20"/>
              </w:rPr>
              <w:t xml:space="preserve">   </w:t>
            </w:r>
          </w:p>
        </w:tc>
      </w:tr>
    </w:tbl>
    <w:p w14:paraId="3F868646" w14:textId="77777777" w:rsidR="00735344" w:rsidRPr="00A51272" w:rsidRDefault="00735344" w:rsidP="009B20AE">
      <w:pPr>
        <w:spacing w:after="0"/>
        <w:rPr>
          <w:b/>
          <w:bCs/>
        </w:rPr>
      </w:pPr>
    </w:p>
    <w:tbl>
      <w:tblPr>
        <w:tblStyle w:val="TableGrid"/>
        <w:tblW w:w="0" w:type="auto"/>
        <w:tblInd w:w="-5" w:type="dxa"/>
        <w:tblLook w:val="04A0" w:firstRow="1" w:lastRow="0" w:firstColumn="1" w:lastColumn="0" w:noHBand="0" w:noVBand="1"/>
      </w:tblPr>
      <w:tblGrid>
        <w:gridCol w:w="2835"/>
        <w:gridCol w:w="1418"/>
        <w:gridCol w:w="2693"/>
        <w:gridCol w:w="2802"/>
      </w:tblGrid>
      <w:tr w:rsidR="009B20AE" w14:paraId="1CADDB48" w14:textId="3C9A9875" w:rsidTr="00C73DFE">
        <w:trPr>
          <w:trHeight w:val="510"/>
        </w:trPr>
        <w:tc>
          <w:tcPr>
            <w:tcW w:w="2835" w:type="dxa"/>
            <w:shd w:val="clear" w:color="auto" w:fill="D4E8F7"/>
            <w:vAlign w:val="center"/>
          </w:tcPr>
          <w:p w14:paraId="2646F9A4" w14:textId="1D22D7E5" w:rsidR="009B20AE" w:rsidRPr="00604D74" w:rsidRDefault="009B20AE">
            <w:pPr>
              <w:pStyle w:val="ListBullet"/>
              <w:numPr>
                <w:ilvl w:val="0"/>
                <w:numId w:val="0"/>
              </w:numPr>
              <w:rPr>
                <w:rStyle w:val="Strong"/>
              </w:rPr>
            </w:pPr>
            <w:r w:rsidRPr="00604D74">
              <w:rPr>
                <w:rStyle w:val="Strong"/>
              </w:rPr>
              <w:t>Risk</w:t>
            </w:r>
          </w:p>
        </w:tc>
        <w:tc>
          <w:tcPr>
            <w:tcW w:w="1418" w:type="dxa"/>
            <w:shd w:val="clear" w:color="auto" w:fill="D4E8F7"/>
            <w:vAlign w:val="center"/>
          </w:tcPr>
          <w:p w14:paraId="0BE3C8CC" w14:textId="4529F9A2" w:rsidR="009B20AE" w:rsidRPr="00604D74" w:rsidRDefault="009B20AE">
            <w:pPr>
              <w:pStyle w:val="ListBullet"/>
              <w:numPr>
                <w:ilvl w:val="0"/>
                <w:numId w:val="0"/>
              </w:numPr>
              <w:spacing w:after="0"/>
              <w:contextualSpacing w:val="0"/>
              <w:rPr>
                <w:rStyle w:val="Strong"/>
              </w:rPr>
            </w:pPr>
            <w:r w:rsidRPr="00604D74">
              <w:rPr>
                <w:rStyle w:val="Strong"/>
              </w:rPr>
              <w:t>Likelihood</w:t>
            </w:r>
          </w:p>
        </w:tc>
        <w:tc>
          <w:tcPr>
            <w:tcW w:w="2693" w:type="dxa"/>
            <w:shd w:val="clear" w:color="auto" w:fill="D4E8F7"/>
            <w:vAlign w:val="center"/>
          </w:tcPr>
          <w:p w14:paraId="3C9AE0C6" w14:textId="4D6605A3" w:rsidR="009B20AE" w:rsidRPr="00604D74" w:rsidRDefault="005B13BE">
            <w:pPr>
              <w:pStyle w:val="ListBullet"/>
              <w:numPr>
                <w:ilvl w:val="0"/>
                <w:numId w:val="0"/>
              </w:numPr>
              <w:spacing w:beforeLines="160" w:before="384" w:after="0"/>
              <w:rPr>
                <w:rStyle w:val="Strong"/>
              </w:rPr>
            </w:pPr>
            <w:r>
              <w:rPr>
                <w:rStyle w:val="Strong"/>
              </w:rPr>
              <w:t>Consequence/Impact</w:t>
            </w:r>
          </w:p>
        </w:tc>
        <w:tc>
          <w:tcPr>
            <w:tcW w:w="2802" w:type="dxa"/>
            <w:shd w:val="clear" w:color="auto" w:fill="D4E8F7"/>
            <w:vAlign w:val="center"/>
          </w:tcPr>
          <w:p w14:paraId="11D7A343" w14:textId="4D39212F" w:rsidR="009B20AE" w:rsidRPr="00604D74" w:rsidRDefault="0092029D" w:rsidP="009B20AE">
            <w:pPr>
              <w:pStyle w:val="ListBullet"/>
              <w:numPr>
                <w:ilvl w:val="0"/>
                <w:numId w:val="0"/>
              </w:numPr>
              <w:spacing w:after="0"/>
              <w:rPr>
                <w:rStyle w:val="Strong"/>
              </w:rPr>
            </w:pPr>
            <w:r w:rsidRPr="00604D74">
              <w:rPr>
                <w:rStyle w:val="Strong"/>
              </w:rPr>
              <w:t>Mitigation/Contingency</w:t>
            </w:r>
          </w:p>
        </w:tc>
      </w:tr>
      <w:tr w:rsidR="009B20AE" w14:paraId="74E95FDE" w14:textId="7EF94772" w:rsidTr="00C73DFE">
        <w:trPr>
          <w:trHeight w:val="510"/>
        </w:trPr>
        <w:tc>
          <w:tcPr>
            <w:tcW w:w="2835" w:type="dxa"/>
            <w:vAlign w:val="center"/>
          </w:tcPr>
          <w:p w14:paraId="54C21A58" w14:textId="3CF0290D" w:rsidR="009B20AE" w:rsidRPr="00EB38DB" w:rsidRDefault="000A5981">
            <w:pPr>
              <w:spacing w:after="0" w:line="276" w:lineRule="auto"/>
              <w:contextualSpacing/>
              <w:rPr>
                <w:rStyle w:val="Strong"/>
                <w:b w:val="0"/>
                <w:bCs w:val="0"/>
                <w:color w:val="auto"/>
              </w:rPr>
            </w:pPr>
            <w:permStart w:id="92301605" w:edGrp="everyone"/>
            <w:r w:rsidRPr="003F6DB4">
              <w:tab/>
            </w:r>
            <w:r>
              <w:tab/>
            </w:r>
            <w:permEnd w:id="92301605"/>
          </w:p>
        </w:tc>
        <w:tc>
          <w:tcPr>
            <w:tcW w:w="1418" w:type="dxa"/>
            <w:vAlign w:val="center"/>
          </w:tcPr>
          <w:p w14:paraId="35797CDC" w14:textId="086ED3F6" w:rsidR="009B20AE" w:rsidRDefault="000A5981">
            <w:pPr>
              <w:pStyle w:val="ListBullet"/>
              <w:numPr>
                <w:ilvl w:val="0"/>
                <w:numId w:val="0"/>
              </w:numPr>
              <w:spacing w:after="0" w:line="276" w:lineRule="auto"/>
            </w:pPr>
            <w:permStart w:id="1404985886" w:edGrp="everyone"/>
            <w:r>
              <w:tab/>
            </w:r>
            <w:permEnd w:id="1404985886"/>
          </w:p>
        </w:tc>
        <w:tc>
          <w:tcPr>
            <w:tcW w:w="2693" w:type="dxa"/>
            <w:vAlign w:val="center"/>
          </w:tcPr>
          <w:p w14:paraId="10B7C410" w14:textId="7EE8A289" w:rsidR="009B20AE" w:rsidRDefault="000A5981">
            <w:pPr>
              <w:pStyle w:val="ListBullet"/>
              <w:numPr>
                <w:ilvl w:val="0"/>
                <w:numId w:val="0"/>
              </w:numPr>
              <w:spacing w:after="0" w:line="276" w:lineRule="auto"/>
            </w:pPr>
            <w:permStart w:id="1094730837" w:edGrp="everyone"/>
            <w:r w:rsidRPr="003F6DB4">
              <w:tab/>
            </w:r>
            <w:r>
              <w:tab/>
            </w:r>
            <w:permEnd w:id="1094730837"/>
          </w:p>
        </w:tc>
        <w:tc>
          <w:tcPr>
            <w:tcW w:w="2802" w:type="dxa"/>
            <w:vAlign w:val="center"/>
          </w:tcPr>
          <w:p w14:paraId="3C36D574" w14:textId="41C21D57" w:rsidR="009B20AE" w:rsidRDefault="000A5981" w:rsidP="009B20AE">
            <w:pPr>
              <w:pStyle w:val="ListBullet"/>
              <w:numPr>
                <w:ilvl w:val="0"/>
                <w:numId w:val="0"/>
              </w:numPr>
              <w:spacing w:after="0" w:line="276" w:lineRule="auto"/>
            </w:pPr>
            <w:permStart w:id="966461821" w:edGrp="everyone"/>
            <w:r w:rsidRPr="003F6DB4">
              <w:tab/>
            </w:r>
            <w:r>
              <w:tab/>
            </w:r>
            <w:permEnd w:id="966461821"/>
          </w:p>
        </w:tc>
      </w:tr>
      <w:tr w:rsidR="009B20AE" w14:paraId="7782A567" w14:textId="5E173441" w:rsidTr="00C73DFE">
        <w:trPr>
          <w:trHeight w:val="510"/>
        </w:trPr>
        <w:tc>
          <w:tcPr>
            <w:tcW w:w="2835" w:type="dxa"/>
            <w:vAlign w:val="center"/>
          </w:tcPr>
          <w:p w14:paraId="380FC17C" w14:textId="0119D173" w:rsidR="009B20AE" w:rsidRPr="00EB38DB" w:rsidRDefault="000A5981">
            <w:pPr>
              <w:spacing w:after="0" w:line="276" w:lineRule="auto"/>
              <w:contextualSpacing/>
              <w:rPr>
                <w:rStyle w:val="Strong"/>
                <w:b w:val="0"/>
                <w:bCs w:val="0"/>
                <w:color w:val="auto"/>
              </w:rPr>
            </w:pPr>
            <w:permStart w:id="1575773282" w:edGrp="everyone"/>
            <w:r w:rsidRPr="003F6DB4">
              <w:tab/>
            </w:r>
            <w:r>
              <w:tab/>
            </w:r>
            <w:permEnd w:id="1575773282"/>
          </w:p>
        </w:tc>
        <w:tc>
          <w:tcPr>
            <w:tcW w:w="1418" w:type="dxa"/>
            <w:vAlign w:val="center"/>
          </w:tcPr>
          <w:p w14:paraId="4F7E7302" w14:textId="79227A8F" w:rsidR="009B20AE" w:rsidRDefault="000A5981">
            <w:pPr>
              <w:pStyle w:val="ListBullet"/>
              <w:numPr>
                <w:ilvl w:val="0"/>
                <w:numId w:val="0"/>
              </w:numPr>
              <w:spacing w:after="0" w:line="276" w:lineRule="auto"/>
            </w:pPr>
            <w:permStart w:id="931929798" w:edGrp="everyone"/>
            <w:r w:rsidRPr="003F6DB4">
              <w:tab/>
            </w:r>
            <w:permEnd w:id="931929798"/>
          </w:p>
        </w:tc>
        <w:tc>
          <w:tcPr>
            <w:tcW w:w="2693" w:type="dxa"/>
            <w:vAlign w:val="center"/>
          </w:tcPr>
          <w:p w14:paraId="410F0013" w14:textId="12991DEA" w:rsidR="009B20AE" w:rsidRDefault="000A5981">
            <w:pPr>
              <w:pStyle w:val="ListBullet"/>
              <w:numPr>
                <w:ilvl w:val="0"/>
                <w:numId w:val="0"/>
              </w:numPr>
              <w:spacing w:after="0" w:line="276" w:lineRule="auto"/>
            </w:pPr>
            <w:permStart w:id="885079471" w:edGrp="everyone"/>
            <w:r w:rsidRPr="003F6DB4">
              <w:tab/>
            </w:r>
            <w:r>
              <w:tab/>
            </w:r>
            <w:permEnd w:id="885079471"/>
          </w:p>
        </w:tc>
        <w:tc>
          <w:tcPr>
            <w:tcW w:w="2802" w:type="dxa"/>
            <w:vAlign w:val="center"/>
          </w:tcPr>
          <w:p w14:paraId="3B3C881E" w14:textId="706FD55B" w:rsidR="009B20AE" w:rsidRDefault="000A5981" w:rsidP="009B20AE">
            <w:pPr>
              <w:pStyle w:val="ListBullet"/>
              <w:numPr>
                <w:ilvl w:val="0"/>
                <w:numId w:val="0"/>
              </w:numPr>
              <w:spacing w:after="0" w:line="276" w:lineRule="auto"/>
            </w:pPr>
            <w:permStart w:id="1627148011" w:edGrp="everyone"/>
            <w:r w:rsidRPr="003F6DB4">
              <w:tab/>
            </w:r>
            <w:r>
              <w:tab/>
            </w:r>
            <w:permEnd w:id="1627148011"/>
          </w:p>
        </w:tc>
      </w:tr>
      <w:tr w:rsidR="009B20AE" w14:paraId="32DCEE23" w14:textId="1CCB3723" w:rsidTr="00C73DFE">
        <w:trPr>
          <w:trHeight w:val="510"/>
        </w:trPr>
        <w:tc>
          <w:tcPr>
            <w:tcW w:w="2835" w:type="dxa"/>
            <w:vAlign w:val="center"/>
          </w:tcPr>
          <w:p w14:paraId="6A104BB7" w14:textId="0F9BABE9" w:rsidR="009B20AE" w:rsidRPr="00EB38DB" w:rsidRDefault="000A5981">
            <w:pPr>
              <w:spacing w:after="0" w:line="276" w:lineRule="auto"/>
              <w:contextualSpacing/>
              <w:rPr>
                <w:rStyle w:val="Strong"/>
                <w:b w:val="0"/>
                <w:bCs w:val="0"/>
                <w:color w:val="auto"/>
              </w:rPr>
            </w:pPr>
            <w:permStart w:id="1128879748" w:edGrp="everyone"/>
            <w:r w:rsidRPr="003F6DB4">
              <w:tab/>
            </w:r>
            <w:r>
              <w:tab/>
            </w:r>
            <w:permEnd w:id="1128879748"/>
          </w:p>
        </w:tc>
        <w:tc>
          <w:tcPr>
            <w:tcW w:w="1418" w:type="dxa"/>
            <w:vAlign w:val="center"/>
          </w:tcPr>
          <w:p w14:paraId="0E358985" w14:textId="75B538F1" w:rsidR="009B20AE" w:rsidRDefault="000A5981">
            <w:pPr>
              <w:pStyle w:val="ListBullet"/>
              <w:numPr>
                <w:ilvl w:val="0"/>
                <w:numId w:val="0"/>
              </w:numPr>
              <w:spacing w:after="0" w:line="276" w:lineRule="auto"/>
            </w:pPr>
            <w:permStart w:id="653998788" w:edGrp="everyone"/>
            <w:r w:rsidRPr="003F6DB4">
              <w:tab/>
            </w:r>
            <w:permEnd w:id="653998788"/>
          </w:p>
        </w:tc>
        <w:tc>
          <w:tcPr>
            <w:tcW w:w="2693" w:type="dxa"/>
            <w:vAlign w:val="center"/>
          </w:tcPr>
          <w:p w14:paraId="36E96538" w14:textId="72C4F87D" w:rsidR="009B20AE" w:rsidRDefault="000A5981">
            <w:pPr>
              <w:pStyle w:val="ListBullet"/>
              <w:numPr>
                <w:ilvl w:val="0"/>
                <w:numId w:val="0"/>
              </w:numPr>
              <w:spacing w:after="0" w:line="276" w:lineRule="auto"/>
            </w:pPr>
            <w:permStart w:id="1552357149" w:edGrp="everyone"/>
            <w:r w:rsidRPr="003F6DB4">
              <w:tab/>
            </w:r>
            <w:r>
              <w:tab/>
            </w:r>
            <w:permEnd w:id="1552357149"/>
          </w:p>
        </w:tc>
        <w:tc>
          <w:tcPr>
            <w:tcW w:w="2802" w:type="dxa"/>
            <w:vAlign w:val="center"/>
          </w:tcPr>
          <w:p w14:paraId="3B0EF1C3" w14:textId="6AE34C01" w:rsidR="009B20AE" w:rsidRDefault="000A5981" w:rsidP="009B20AE">
            <w:pPr>
              <w:pStyle w:val="ListBullet"/>
              <w:numPr>
                <w:ilvl w:val="0"/>
                <w:numId w:val="0"/>
              </w:numPr>
              <w:spacing w:after="0" w:line="276" w:lineRule="auto"/>
            </w:pPr>
            <w:permStart w:id="663489880" w:edGrp="everyone"/>
            <w:r w:rsidRPr="003F6DB4">
              <w:tab/>
            </w:r>
            <w:r>
              <w:tab/>
            </w:r>
            <w:permEnd w:id="663489880"/>
          </w:p>
        </w:tc>
      </w:tr>
    </w:tbl>
    <w:p w14:paraId="6E0ACADB" w14:textId="77777777" w:rsidR="008128ED" w:rsidRDefault="008128ED" w:rsidP="008128ED"/>
    <w:p w14:paraId="3C630686" w14:textId="77777777" w:rsidR="008128ED" w:rsidRPr="008128ED" w:rsidRDefault="008128ED" w:rsidP="008128ED"/>
    <w:p w14:paraId="5B43FD8E" w14:textId="158AA233" w:rsidR="00DD09BE" w:rsidRDefault="00F33A35" w:rsidP="00F33A35">
      <w:pPr>
        <w:pStyle w:val="Heading2"/>
        <w:numPr>
          <w:ilvl w:val="0"/>
          <w:numId w:val="8"/>
        </w:numPr>
        <w:spacing w:before="480"/>
      </w:pPr>
      <w:r>
        <w:lastRenderedPageBreak/>
        <w:t>Impact and Translation</w:t>
      </w:r>
    </w:p>
    <w:p w14:paraId="5A6322B3" w14:textId="77777777" w:rsidR="00DD09BE" w:rsidRDefault="00DD09BE" w:rsidP="00DD09BE">
      <w:pPr>
        <w:sectPr w:rsidR="00DD09BE" w:rsidSect="00FE4F07">
          <w:headerReference w:type="even" r:id="rId14"/>
          <w:headerReference w:type="default" r:id="rId15"/>
          <w:footerReference w:type="even" r:id="rId16"/>
          <w:footerReference w:type="default" r:id="rId17"/>
          <w:headerReference w:type="first" r:id="rId18"/>
          <w:footerReference w:type="first" r:id="rId19"/>
          <w:pgSz w:w="11907" w:h="16840" w:code="9"/>
          <w:pgMar w:top="1440" w:right="1077" w:bottom="1440" w:left="1077" w:header="567" w:footer="454" w:gutter="0"/>
          <w:cols w:space="720"/>
          <w:docGrid w:linePitch="360"/>
        </w:sectPr>
      </w:pPr>
    </w:p>
    <w:p w14:paraId="7B75E0CC" w14:textId="5633D68C" w:rsidR="002E7ED9" w:rsidRDefault="002E7ED9" w:rsidP="005B1FD1">
      <w:r w:rsidRPr="002E7ED9">
        <w:t>Explain the relevance of this project to muscular dystrophy or other neuromuscular condition research (max 300 words):</w:t>
      </w:r>
    </w:p>
    <w:tbl>
      <w:tblPr>
        <w:tblStyle w:val="TableGrid"/>
        <w:tblW w:w="0" w:type="auto"/>
        <w:tblLook w:val="04A0" w:firstRow="1" w:lastRow="0" w:firstColumn="1" w:lastColumn="0" w:noHBand="0" w:noVBand="1"/>
      </w:tblPr>
      <w:tblGrid>
        <w:gridCol w:w="9743"/>
      </w:tblGrid>
      <w:tr w:rsidR="00296B13" w14:paraId="6CF9D31A" w14:textId="77777777">
        <w:trPr>
          <w:trHeight w:val="567"/>
        </w:trPr>
        <w:tc>
          <w:tcPr>
            <w:tcW w:w="9743" w:type="dxa"/>
          </w:tcPr>
          <w:p w14:paraId="01C5A8AD" w14:textId="77777777" w:rsidR="00296B13" w:rsidRDefault="00296B13">
            <w:pPr>
              <w:spacing w:before="120" w:after="0"/>
              <w:contextualSpacing/>
            </w:pPr>
            <w:permStart w:id="345927294" w:edGrp="everyone"/>
          </w:p>
          <w:p w14:paraId="08559B5F" w14:textId="77777777" w:rsidR="003E757E" w:rsidRDefault="003E757E">
            <w:pPr>
              <w:spacing w:before="120" w:after="0"/>
              <w:contextualSpacing/>
            </w:pPr>
          </w:p>
          <w:p w14:paraId="5DDAE129" w14:textId="77777777" w:rsidR="00296B13" w:rsidRDefault="00296B13">
            <w:pPr>
              <w:spacing w:before="120" w:after="0"/>
              <w:contextualSpacing/>
            </w:pPr>
          </w:p>
          <w:p w14:paraId="30FCCAB8" w14:textId="77777777" w:rsidR="00296B13" w:rsidRDefault="00296B13">
            <w:pPr>
              <w:spacing w:before="120" w:after="0"/>
              <w:contextualSpacing/>
            </w:pPr>
            <w:r>
              <w:t xml:space="preserve"> </w:t>
            </w:r>
            <w:permEnd w:id="345927294"/>
          </w:p>
        </w:tc>
      </w:tr>
    </w:tbl>
    <w:p w14:paraId="27F38F4C" w14:textId="77777777" w:rsidR="00EF33B6" w:rsidRDefault="00EF33B6" w:rsidP="00E06169">
      <w:pPr>
        <w:spacing w:after="0"/>
      </w:pPr>
    </w:p>
    <w:p w14:paraId="5AF30D0B" w14:textId="25FCA863" w:rsidR="00E06169" w:rsidRDefault="000E54F2" w:rsidP="000E54F2">
      <w:r w:rsidRPr="000E54F2">
        <w:t>Describe the outcomes expected within 12 months and define how success will be measured</w:t>
      </w:r>
      <w:r w:rsidR="00794CE8">
        <w:t xml:space="preserve">, including </w:t>
      </w:r>
      <w:r w:rsidRPr="000E54F2">
        <w:t>specific deliverables, outputs or achievements anticipated during the funding period</w:t>
      </w:r>
      <w:r w:rsidR="00794CE8">
        <w:t xml:space="preserve"> (max 250 words</w:t>
      </w:r>
      <w:r w:rsidR="006D20A8">
        <w:t>)</w:t>
      </w:r>
      <w:r w:rsidRPr="000E54F2">
        <w:t>:</w:t>
      </w:r>
    </w:p>
    <w:tbl>
      <w:tblPr>
        <w:tblStyle w:val="TableGrid"/>
        <w:tblW w:w="0" w:type="auto"/>
        <w:tblLook w:val="04A0" w:firstRow="1" w:lastRow="0" w:firstColumn="1" w:lastColumn="0" w:noHBand="0" w:noVBand="1"/>
      </w:tblPr>
      <w:tblGrid>
        <w:gridCol w:w="9743"/>
      </w:tblGrid>
      <w:tr w:rsidR="00E60B64" w14:paraId="4C82054D" w14:textId="77777777" w:rsidTr="00E60B64">
        <w:trPr>
          <w:trHeight w:val="567"/>
        </w:trPr>
        <w:tc>
          <w:tcPr>
            <w:tcW w:w="9743" w:type="dxa"/>
          </w:tcPr>
          <w:p w14:paraId="12B408E9" w14:textId="77777777" w:rsidR="00E60B64" w:rsidRDefault="00E60B64" w:rsidP="002D417D">
            <w:pPr>
              <w:spacing w:before="120" w:after="0"/>
              <w:contextualSpacing/>
            </w:pPr>
            <w:permStart w:id="1303798542" w:edGrp="everyone"/>
          </w:p>
          <w:p w14:paraId="1FC69901" w14:textId="77777777" w:rsidR="00E60B64" w:rsidRDefault="00E60B64" w:rsidP="002D417D">
            <w:pPr>
              <w:spacing w:before="120" w:after="0"/>
              <w:contextualSpacing/>
            </w:pPr>
          </w:p>
          <w:p w14:paraId="20E88458" w14:textId="77777777" w:rsidR="00E60B64" w:rsidRDefault="00E60B64" w:rsidP="002D417D">
            <w:pPr>
              <w:spacing w:before="120" w:after="0"/>
              <w:contextualSpacing/>
            </w:pPr>
          </w:p>
          <w:p w14:paraId="1329FAAA" w14:textId="77777777" w:rsidR="00E60B64" w:rsidRDefault="00E60B64" w:rsidP="002D417D">
            <w:pPr>
              <w:spacing w:before="120" w:after="0"/>
              <w:contextualSpacing/>
            </w:pPr>
            <w:r>
              <w:t xml:space="preserve"> </w:t>
            </w:r>
            <w:permEnd w:id="1303798542"/>
          </w:p>
        </w:tc>
      </w:tr>
    </w:tbl>
    <w:p w14:paraId="69B7953E" w14:textId="1155FAF0" w:rsidR="00EF33B6" w:rsidRDefault="00EF33B6" w:rsidP="00C40C84">
      <w:pPr>
        <w:spacing w:after="0"/>
      </w:pPr>
    </w:p>
    <w:p w14:paraId="47EE1E97" w14:textId="693D19B3" w:rsidR="000E54F2" w:rsidRPr="00E03CCE" w:rsidRDefault="000E54F2" w:rsidP="000E54F2">
      <w:r w:rsidRPr="004537D7">
        <w:t>Describe</w:t>
      </w:r>
      <w:r w:rsidR="00627497">
        <w:t xml:space="preserve"> the project’s next steps and</w:t>
      </w:r>
      <w:r w:rsidRPr="004537D7">
        <w:t xml:space="preserve"> </w:t>
      </w:r>
      <w:r w:rsidR="00627497">
        <w:t>how research</w:t>
      </w:r>
      <w:r w:rsidRPr="004537D7">
        <w:t xml:space="preserve"> outcomes will be progressed beyond the funding period</w:t>
      </w:r>
      <w:r w:rsidR="005621E7">
        <w:t>. T</w:t>
      </w:r>
      <w:r w:rsidR="00BF2F1D">
        <w:t xml:space="preserve">his may include </w:t>
      </w:r>
      <w:r w:rsidRPr="004537D7">
        <w:t xml:space="preserve">validation studies, preclinical development, </w:t>
      </w:r>
      <w:r w:rsidR="00BF2F1D">
        <w:t>follow-on</w:t>
      </w:r>
      <w:r w:rsidRPr="004537D7">
        <w:t xml:space="preserve"> funding</w:t>
      </w:r>
      <w:r w:rsidR="005621E7">
        <w:t xml:space="preserve"> (max 300 words</w:t>
      </w:r>
      <w:r w:rsidR="00BF2F1D">
        <w:t>):</w:t>
      </w:r>
    </w:p>
    <w:tbl>
      <w:tblPr>
        <w:tblStyle w:val="TableGrid"/>
        <w:tblW w:w="0" w:type="auto"/>
        <w:tblLook w:val="04A0" w:firstRow="1" w:lastRow="0" w:firstColumn="1" w:lastColumn="0" w:noHBand="0" w:noVBand="1"/>
      </w:tblPr>
      <w:tblGrid>
        <w:gridCol w:w="9743"/>
      </w:tblGrid>
      <w:tr w:rsidR="000E54F2" w14:paraId="61757017" w14:textId="77777777">
        <w:trPr>
          <w:trHeight w:val="567"/>
        </w:trPr>
        <w:tc>
          <w:tcPr>
            <w:tcW w:w="9743" w:type="dxa"/>
          </w:tcPr>
          <w:p w14:paraId="15185CA7" w14:textId="77777777" w:rsidR="000E54F2" w:rsidRDefault="000E54F2">
            <w:pPr>
              <w:spacing w:before="120" w:after="0"/>
              <w:contextualSpacing/>
            </w:pPr>
            <w:permStart w:id="502419161" w:edGrp="everyone"/>
          </w:p>
          <w:p w14:paraId="31E28A8D" w14:textId="77777777" w:rsidR="00ED2796" w:rsidRDefault="00ED2796">
            <w:pPr>
              <w:spacing w:before="120" w:after="0"/>
              <w:contextualSpacing/>
            </w:pPr>
          </w:p>
          <w:p w14:paraId="23CF4421" w14:textId="77777777" w:rsidR="000E54F2" w:rsidRDefault="000E54F2">
            <w:pPr>
              <w:spacing w:before="120" w:after="0"/>
              <w:contextualSpacing/>
            </w:pPr>
            <w:r>
              <w:t xml:space="preserve"> </w:t>
            </w:r>
            <w:permEnd w:id="502419161"/>
          </w:p>
        </w:tc>
      </w:tr>
    </w:tbl>
    <w:p w14:paraId="0B23F384" w14:textId="3E8AE3ED" w:rsidR="00463B0A" w:rsidRDefault="00463B0A" w:rsidP="00463B0A">
      <w:pPr>
        <w:pStyle w:val="Heading2"/>
        <w:numPr>
          <w:ilvl w:val="0"/>
          <w:numId w:val="8"/>
        </w:numPr>
        <w:spacing w:before="480"/>
      </w:pPr>
      <w:r>
        <w:t xml:space="preserve">Team and Environment </w:t>
      </w:r>
    </w:p>
    <w:p w14:paraId="443199AB" w14:textId="3AA9D763" w:rsidR="00B4479C" w:rsidRPr="00B4479C" w:rsidRDefault="00B4479C" w:rsidP="00B4479C">
      <w:r w:rsidRPr="00B4479C">
        <w:t>Provide a brief justification of the team's expertise, experience and track record relevant to the proposed project. Highlight previous achievements and capabilities</w:t>
      </w:r>
      <w:r w:rsidR="005621E7">
        <w:t xml:space="preserve"> (max 300 words)</w:t>
      </w:r>
      <w:r w:rsidR="0057685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4A3522" w:rsidRPr="00A06FF7" w14:paraId="2D080771" w14:textId="77777777">
        <w:tc>
          <w:tcPr>
            <w:tcW w:w="9743" w:type="dxa"/>
            <w:shd w:val="clear" w:color="auto" w:fill="F0F0F0"/>
          </w:tcPr>
          <w:p w14:paraId="63FAF14D" w14:textId="3C68C4E8" w:rsidR="004A3522" w:rsidRPr="00A06FF7" w:rsidRDefault="007A0E27">
            <w:pPr>
              <w:spacing w:before="160"/>
              <w:rPr>
                <w:sz w:val="20"/>
                <w:szCs w:val="20"/>
              </w:rPr>
            </w:pPr>
            <w:r w:rsidRPr="007A0E27">
              <w:rPr>
                <w:sz w:val="20"/>
                <w:szCs w:val="20"/>
              </w:rPr>
              <w:t>Full CVs for all investigators should be submitted as attachments with the application.</w:t>
            </w:r>
          </w:p>
        </w:tc>
      </w:tr>
    </w:tbl>
    <w:p w14:paraId="29A80E06" w14:textId="77777777" w:rsidR="004A3522" w:rsidRDefault="004A3522" w:rsidP="007A0E27">
      <w:pPr>
        <w:spacing w:after="0"/>
      </w:pPr>
    </w:p>
    <w:tbl>
      <w:tblPr>
        <w:tblStyle w:val="TableGrid"/>
        <w:tblW w:w="0" w:type="auto"/>
        <w:tblLook w:val="04A0" w:firstRow="1" w:lastRow="0" w:firstColumn="1" w:lastColumn="0" w:noHBand="0" w:noVBand="1"/>
      </w:tblPr>
      <w:tblGrid>
        <w:gridCol w:w="9743"/>
      </w:tblGrid>
      <w:tr w:rsidR="004A3522" w14:paraId="20B577F3" w14:textId="77777777">
        <w:trPr>
          <w:trHeight w:val="567"/>
        </w:trPr>
        <w:tc>
          <w:tcPr>
            <w:tcW w:w="9743" w:type="dxa"/>
          </w:tcPr>
          <w:p w14:paraId="30295E39" w14:textId="77777777" w:rsidR="004A3522" w:rsidRDefault="004A3522">
            <w:pPr>
              <w:spacing w:before="120" w:after="0"/>
              <w:contextualSpacing/>
            </w:pPr>
            <w:permStart w:id="1429677717" w:edGrp="everyone" w:colFirst="0" w:colLast="0"/>
          </w:p>
          <w:p w14:paraId="69D19910" w14:textId="77777777" w:rsidR="00ED2796" w:rsidRDefault="00ED2796">
            <w:pPr>
              <w:spacing w:before="120" w:after="0"/>
              <w:contextualSpacing/>
            </w:pPr>
          </w:p>
          <w:p w14:paraId="4D068D83" w14:textId="77777777" w:rsidR="00480B0D" w:rsidRDefault="00480B0D">
            <w:pPr>
              <w:spacing w:before="120" w:after="0"/>
              <w:contextualSpacing/>
            </w:pPr>
          </w:p>
          <w:p w14:paraId="195D05D5" w14:textId="5D118B14" w:rsidR="004A3522" w:rsidRDefault="004A3522">
            <w:pPr>
              <w:spacing w:before="120" w:after="0"/>
              <w:contextualSpacing/>
            </w:pPr>
          </w:p>
        </w:tc>
      </w:tr>
      <w:permEnd w:id="1429677717"/>
    </w:tbl>
    <w:p w14:paraId="32905298" w14:textId="77777777" w:rsidR="004A3522" w:rsidRDefault="004A3522" w:rsidP="0057685F">
      <w:pPr>
        <w:spacing w:after="0"/>
      </w:pPr>
    </w:p>
    <w:p w14:paraId="5427001E" w14:textId="3600D5FF" w:rsidR="0057685F" w:rsidRDefault="0057685F" w:rsidP="00B62FF6">
      <w:r w:rsidRPr="0057685F">
        <w:t>Describe each investigator's role and expected contribution to the project, including the approximate percentage effort committe</w:t>
      </w:r>
      <w:r>
        <w:t>d:</w:t>
      </w:r>
    </w:p>
    <w:tbl>
      <w:tblPr>
        <w:tblStyle w:val="TableGrid"/>
        <w:tblW w:w="0" w:type="auto"/>
        <w:tblInd w:w="-5" w:type="dxa"/>
        <w:tblLook w:val="04A0" w:firstRow="1" w:lastRow="0" w:firstColumn="1" w:lastColumn="0" w:noHBand="0" w:noVBand="1"/>
      </w:tblPr>
      <w:tblGrid>
        <w:gridCol w:w="2694"/>
        <w:gridCol w:w="5386"/>
        <w:gridCol w:w="1668"/>
      </w:tblGrid>
      <w:tr w:rsidR="0057685F" w14:paraId="00EB952D" w14:textId="77777777" w:rsidTr="00B27770">
        <w:trPr>
          <w:trHeight w:val="510"/>
        </w:trPr>
        <w:tc>
          <w:tcPr>
            <w:tcW w:w="2694" w:type="dxa"/>
            <w:shd w:val="clear" w:color="auto" w:fill="D4E8F7"/>
            <w:vAlign w:val="center"/>
          </w:tcPr>
          <w:p w14:paraId="0AA56B64" w14:textId="363DFC70" w:rsidR="0057685F" w:rsidRPr="001E5C14" w:rsidRDefault="00B27770">
            <w:pPr>
              <w:pStyle w:val="ListBullet"/>
              <w:numPr>
                <w:ilvl w:val="0"/>
                <w:numId w:val="0"/>
              </w:numPr>
              <w:rPr>
                <w:rStyle w:val="Strong"/>
              </w:rPr>
            </w:pPr>
            <w:r>
              <w:rPr>
                <w:rStyle w:val="Strong"/>
              </w:rPr>
              <w:t>Investigator</w:t>
            </w:r>
          </w:p>
        </w:tc>
        <w:tc>
          <w:tcPr>
            <w:tcW w:w="5386" w:type="dxa"/>
            <w:shd w:val="clear" w:color="auto" w:fill="D4E8F7"/>
            <w:vAlign w:val="center"/>
          </w:tcPr>
          <w:p w14:paraId="0715A19D" w14:textId="56040C8E" w:rsidR="0057685F" w:rsidRPr="001E5C14" w:rsidRDefault="00B27770">
            <w:pPr>
              <w:pStyle w:val="ListBullet"/>
              <w:numPr>
                <w:ilvl w:val="0"/>
                <w:numId w:val="0"/>
              </w:numPr>
              <w:spacing w:after="0"/>
              <w:contextualSpacing w:val="0"/>
              <w:rPr>
                <w:rStyle w:val="Strong"/>
              </w:rPr>
            </w:pPr>
            <w:r>
              <w:rPr>
                <w:rStyle w:val="Strong"/>
              </w:rPr>
              <w:t>Role</w:t>
            </w:r>
          </w:p>
        </w:tc>
        <w:tc>
          <w:tcPr>
            <w:tcW w:w="1668" w:type="dxa"/>
            <w:shd w:val="clear" w:color="auto" w:fill="D4E8F7"/>
            <w:vAlign w:val="center"/>
          </w:tcPr>
          <w:p w14:paraId="63E5C60C" w14:textId="32D917DD" w:rsidR="0057685F" w:rsidRPr="001E5C14" w:rsidRDefault="00B27770">
            <w:pPr>
              <w:pStyle w:val="ListBullet"/>
              <w:numPr>
                <w:ilvl w:val="0"/>
                <w:numId w:val="0"/>
              </w:numPr>
              <w:spacing w:beforeLines="160" w:before="384" w:after="0"/>
              <w:rPr>
                <w:rStyle w:val="Strong"/>
              </w:rPr>
            </w:pPr>
            <w:r>
              <w:rPr>
                <w:rStyle w:val="Strong"/>
              </w:rPr>
              <w:t>Effort (%)</w:t>
            </w:r>
          </w:p>
        </w:tc>
      </w:tr>
      <w:tr w:rsidR="0057685F" w14:paraId="690B8D58" w14:textId="77777777" w:rsidTr="00B27770">
        <w:trPr>
          <w:trHeight w:val="510"/>
        </w:trPr>
        <w:tc>
          <w:tcPr>
            <w:tcW w:w="2694" w:type="dxa"/>
            <w:vAlign w:val="center"/>
          </w:tcPr>
          <w:p w14:paraId="68C69884" w14:textId="46C966F9" w:rsidR="0057685F" w:rsidRPr="00EB38DB" w:rsidRDefault="00427E8B">
            <w:pPr>
              <w:spacing w:after="0" w:line="276" w:lineRule="auto"/>
              <w:contextualSpacing/>
              <w:rPr>
                <w:rStyle w:val="Strong"/>
                <w:b w:val="0"/>
                <w:bCs w:val="0"/>
                <w:color w:val="auto"/>
              </w:rPr>
            </w:pPr>
            <w:permStart w:id="773456055" w:edGrp="everyone"/>
            <w:r w:rsidRPr="003F6DB4">
              <w:tab/>
            </w:r>
            <w:r>
              <w:tab/>
            </w:r>
            <w:permEnd w:id="773456055"/>
          </w:p>
        </w:tc>
        <w:tc>
          <w:tcPr>
            <w:tcW w:w="5386" w:type="dxa"/>
            <w:vAlign w:val="center"/>
          </w:tcPr>
          <w:p w14:paraId="25D5F080" w14:textId="16DA91D2" w:rsidR="0057685F" w:rsidRDefault="00427E8B">
            <w:pPr>
              <w:pStyle w:val="ListBullet"/>
              <w:numPr>
                <w:ilvl w:val="0"/>
                <w:numId w:val="0"/>
              </w:numPr>
              <w:spacing w:after="0" w:line="276" w:lineRule="auto"/>
            </w:pPr>
            <w:permStart w:id="1199514207" w:edGrp="everyone"/>
            <w:r w:rsidRPr="003F6DB4">
              <w:tab/>
            </w:r>
            <w:r>
              <w:tab/>
            </w:r>
            <w:permEnd w:id="1199514207"/>
          </w:p>
        </w:tc>
        <w:tc>
          <w:tcPr>
            <w:tcW w:w="1668" w:type="dxa"/>
            <w:vAlign w:val="center"/>
          </w:tcPr>
          <w:p w14:paraId="1B7816B3" w14:textId="6E6C6371" w:rsidR="0057685F" w:rsidRDefault="00427E8B">
            <w:pPr>
              <w:pStyle w:val="ListBullet"/>
              <w:numPr>
                <w:ilvl w:val="0"/>
                <w:numId w:val="0"/>
              </w:numPr>
              <w:spacing w:after="0" w:line="276" w:lineRule="auto"/>
            </w:pPr>
            <w:permStart w:id="1326083885" w:edGrp="everyone"/>
            <w:r w:rsidRPr="003F6DB4">
              <w:tab/>
            </w:r>
            <w:r>
              <w:tab/>
            </w:r>
            <w:permEnd w:id="1326083885"/>
          </w:p>
        </w:tc>
      </w:tr>
      <w:tr w:rsidR="0057685F" w14:paraId="7BD1886C" w14:textId="77777777" w:rsidTr="00B27770">
        <w:trPr>
          <w:trHeight w:val="510"/>
        </w:trPr>
        <w:tc>
          <w:tcPr>
            <w:tcW w:w="2694" w:type="dxa"/>
            <w:vAlign w:val="center"/>
          </w:tcPr>
          <w:p w14:paraId="7B3A4B45" w14:textId="52EE6B58" w:rsidR="0057685F" w:rsidRPr="00EB38DB" w:rsidRDefault="00427E8B">
            <w:pPr>
              <w:spacing w:after="0" w:line="276" w:lineRule="auto"/>
              <w:contextualSpacing/>
              <w:rPr>
                <w:rStyle w:val="Strong"/>
                <w:b w:val="0"/>
                <w:bCs w:val="0"/>
                <w:color w:val="auto"/>
              </w:rPr>
            </w:pPr>
            <w:permStart w:id="1271150463" w:edGrp="everyone"/>
            <w:r w:rsidRPr="003F6DB4">
              <w:lastRenderedPageBreak/>
              <w:tab/>
            </w:r>
            <w:r>
              <w:tab/>
            </w:r>
            <w:permEnd w:id="1271150463"/>
          </w:p>
        </w:tc>
        <w:tc>
          <w:tcPr>
            <w:tcW w:w="5386" w:type="dxa"/>
            <w:vAlign w:val="center"/>
          </w:tcPr>
          <w:p w14:paraId="0666A243" w14:textId="659DA145" w:rsidR="0057685F" w:rsidRDefault="00427E8B">
            <w:pPr>
              <w:pStyle w:val="ListBullet"/>
              <w:numPr>
                <w:ilvl w:val="0"/>
                <w:numId w:val="0"/>
              </w:numPr>
              <w:spacing w:after="0" w:line="276" w:lineRule="auto"/>
            </w:pPr>
            <w:permStart w:id="135027224" w:edGrp="everyone"/>
            <w:r w:rsidRPr="003F6DB4">
              <w:tab/>
            </w:r>
            <w:r>
              <w:tab/>
            </w:r>
            <w:permEnd w:id="135027224"/>
          </w:p>
        </w:tc>
        <w:tc>
          <w:tcPr>
            <w:tcW w:w="1668" w:type="dxa"/>
            <w:vAlign w:val="center"/>
          </w:tcPr>
          <w:p w14:paraId="2A6B921F" w14:textId="0AAB9183" w:rsidR="0057685F" w:rsidRDefault="00427E8B">
            <w:pPr>
              <w:pStyle w:val="ListBullet"/>
              <w:numPr>
                <w:ilvl w:val="0"/>
                <w:numId w:val="0"/>
              </w:numPr>
              <w:spacing w:after="0" w:line="276" w:lineRule="auto"/>
            </w:pPr>
            <w:permStart w:id="2058833711" w:edGrp="everyone"/>
            <w:r w:rsidRPr="003F6DB4">
              <w:tab/>
            </w:r>
            <w:r>
              <w:tab/>
            </w:r>
            <w:permEnd w:id="2058833711"/>
          </w:p>
        </w:tc>
      </w:tr>
      <w:tr w:rsidR="0057685F" w14:paraId="576D8A7E" w14:textId="77777777" w:rsidTr="00B27770">
        <w:trPr>
          <w:trHeight w:val="510"/>
        </w:trPr>
        <w:tc>
          <w:tcPr>
            <w:tcW w:w="2694" w:type="dxa"/>
            <w:vAlign w:val="center"/>
          </w:tcPr>
          <w:p w14:paraId="306B9D48" w14:textId="4C08F3B3" w:rsidR="0057685F" w:rsidRPr="00EB38DB" w:rsidRDefault="00427E8B">
            <w:pPr>
              <w:spacing w:after="0" w:line="276" w:lineRule="auto"/>
              <w:contextualSpacing/>
              <w:rPr>
                <w:rStyle w:val="Strong"/>
                <w:b w:val="0"/>
                <w:bCs w:val="0"/>
                <w:color w:val="auto"/>
              </w:rPr>
            </w:pPr>
            <w:permStart w:id="1218650008" w:edGrp="everyone"/>
            <w:r w:rsidRPr="003F6DB4">
              <w:tab/>
            </w:r>
            <w:r>
              <w:tab/>
            </w:r>
            <w:permEnd w:id="1218650008"/>
          </w:p>
        </w:tc>
        <w:tc>
          <w:tcPr>
            <w:tcW w:w="5386" w:type="dxa"/>
            <w:vAlign w:val="center"/>
          </w:tcPr>
          <w:p w14:paraId="2B7DAB59" w14:textId="5EAE6390" w:rsidR="0057685F" w:rsidRDefault="00427E8B">
            <w:pPr>
              <w:pStyle w:val="ListBullet"/>
              <w:numPr>
                <w:ilvl w:val="0"/>
                <w:numId w:val="0"/>
              </w:numPr>
              <w:spacing w:after="0" w:line="276" w:lineRule="auto"/>
            </w:pPr>
            <w:permStart w:id="752511807" w:edGrp="everyone"/>
            <w:r w:rsidRPr="003F6DB4">
              <w:tab/>
            </w:r>
            <w:r>
              <w:tab/>
            </w:r>
            <w:permEnd w:id="752511807"/>
          </w:p>
        </w:tc>
        <w:tc>
          <w:tcPr>
            <w:tcW w:w="1668" w:type="dxa"/>
            <w:vAlign w:val="center"/>
          </w:tcPr>
          <w:p w14:paraId="0F234728" w14:textId="5C6D326D" w:rsidR="0057685F" w:rsidRDefault="00427E8B">
            <w:pPr>
              <w:pStyle w:val="ListBullet"/>
              <w:numPr>
                <w:ilvl w:val="0"/>
                <w:numId w:val="0"/>
              </w:numPr>
              <w:spacing w:after="0" w:line="276" w:lineRule="auto"/>
            </w:pPr>
            <w:permStart w:id="2053927673" w:edGrp="everyone"/>
            <w:r w:rsidRPr="003F6DB4">
              <w:tab/>
            </w:r>
            <w:r>
              <w:tab/>
            </w:r>
            <w:permEnd w:id="2053927673"/>
          </w:p>
        </w:tc>
      </w:tr>
      <w:tr w:rsidR="00B27770" w14:paraId="37767B91" w14:textId="77777777" w:rsidTr="00B27770">
        <w:trPr>
          <w:trHeight w:val="510"/>
        </w:trPr>
        <w:tc>
          <w:tcPr>
            <w:tcW w:w="2694" w:type="dxa"/>
            <w:vAlign w:val="center"/>
          </w:tcPr>
          <w:p w14:paraId="5A12C037" w14:textId="5DC2BD9E" w:rsidR="00B27770" w:rsidRPr="00EB38DB" w:rsidRDefault="00427E8B">
            <w:pPr>
              <w:spacing w:after="0" w:line="276" w:lineRule="auto"/>
              <w:contextualSpacing/>
              <w:rPr>
                <w:rStyle w:val="Strong"/>
                <w:b w:val="0"/>
                <w:bCs w:val="0"/>
                <w:color w:val="auto"/>
              </w:rPr>
            </w:pPr>
            <w:permStart w:id="2016939641" w:edGrp="everyone"/>
            <w:r w:rsidRPr="003F6DB4">
              <w:tab/>
            </w:r>
            <w:r>
              <w:tab/>
            </w:r>
            <w:permEnd w:id="2016939641"/>
          </w:p>
        </w:tc>
        <w:tc>
          <w:tcPr>
            <w:tcW w:w="5386" w:type="dxa"/>
            <w:vAlign w:val="center"/>
          </w:tcPr>
          <w:p w14:paraId="1C64EBD4" w14:textId="6410678B" w:rsidR="00B27770" w:rsidRDefault="00427E8B">
            <w:pPr>
              <w:pStyle w:val="ListBullet"/>
              <w:numPr>
                <w:ilvl w:val="0"/>
                <w:numId w:val="0"/>
              </w:numPr>
              <w:spacing w:after="0" w:line="276" w:lineRule="auto"/>
            </w:pPr>
            <w:permStart w:id="116417325" w:edGrp="everyone"/>
            <w:r w:rsidRPr="003F6DB4">
              <w:tab/>
            </w:r>
            <w:r>
              <w:tab/>
            </w:r>
            <w:permEnd w:id="116417325"/>
          </w:p>
        </w:tc>
        <w:tc>
          <w:tcPr>
            <w:tcW w:w="1668" w:type="dxa"/>
            <w:vAlign w:val="center"/>
          </w:tcPr>
          <w:p w14:paraId="66B7E26E" w14:textId="77709FA2" w:rsidR="00B27770" w:rsidRDefault="00427E8B">
            <w:pPr>
              <w:pStyle w:val="ListBullet"/>
              <w:numPr>
                <w:ilvl w:val="0"/>
                <w:numId w:val="0"/>
              </w:numPr>
              <w:spacing w:after="0" w:line="276" w:lineRule="auto"/>
            </w:pPr>
            <w:permStart w:id="1248879667" w:edGrp="everyone"/>
            <w:r w:rsidRPr="003F6DB4">
              <w:tab/>
            </w:r>
            <w:r>
              <w:tab/>
            </w:r>
            <w:permEnd w:id="1248879667"/>
          </w:p>
        </w:tc>
      </w:tr>
      <w:tr w:rsidR="00B27770" w14:paraId="3744A926" w14:textId="77777777" w:rsidTr="00B27770">
        <w:trPr>
          <w:trHeight w:val="510"/>
        </w:trPr>
        <w:tc>
          <w:tcPr>
            <w:tcW w:w="2694" w:type="dxa"/>
            <w:vAlign w:val="center"/>
          </w:tcPr>
          <w:p w14:paraId="37C524FF" w14:textId="587BD9CE" w:rsidR="00B27770" w:rsidRPr="00EB38DB" w:rsidRDefault="00427E8B">
            <w:pPr>
              <w:spacing w:after="0" w:line="276" w:lineRule="auto"/>
              <w:contextualSpacing/>
              <w:rPr>
                <w:rStyle w:val="Strong"/>
                <w:b w:val="0"/>
                <w:bCs w:val="0"/>
                <w:color w:val="auto"/>
              </w:rPr>
            </w:pPr>
            <w:permStart w:id="1266094833" w:edGrp="everyone"/>
            <w:r w:rsidRPr="003F6DB4">
              <w:tab/>
            </w:r>
            <w:r>
              <w:tab/>
            </w:r>
            <w:permEnd w:id="1266094833"/>
          </w:p>
        </w:tc>
        <w:tc>
          <w:tcPr>
            <w:tcW w:w="5386" w:type="dxa"/>
            <w:vAlign w:val="center"/>
          </w:tcPr>
          <w:p w14:paraId="21290A1A" w14:textId="25740699" w:rsidR="00B27770" w:rsidRDefault="00427E8B">
            <w:pPr>
              <w:pStyle w:val="ListBullet"/>
              <w:numPr>
                <w:ilvl w:val="0"/>
                <w:numId w:val="0"/>
              </w:numPr>
              <w:spacing w:after="0" w:line="276" w:lineRule="auto"/>
            </w:pPr>
            <w:permStart w:id="2138268768" w:edGrp="everyone"/>
            <w:r w:rsidRPr="003F6DB4">
              <w:tab/>
            </w:r>
            <w:r>
              <w:tab/>
            </w:r>
            <w:permEnd w:id="2138268768"/>
          </w:p>
        </w:tc>
        <w:tc>
          <w:tcPr>
            <w:tcW w:w="1668" w:type="dxa"/>
            <w:vAlign w:val="center"/>
          </w:tcPr>
          <w:p w14:paraId="3E755B84" w14:textId="5BE123DE" w:rsidR="00B27770" w:rsidRDefault="00427E8B">
            <w:pPr>
              <w:pStyle w:val="ListBullet"/>
              <w:numPr>
                <w:ilvl w:val="0"/>
                <w:numId w:val="0"/>
              </w:numPr>
              <w:spacing w:after="0" w:line="276" w:lineRule="auto"/>
            </w:pPr>
            <w:permStart w:id="175453864" w:edGrp="everyone"/>
            <w:r w:rsidRPr="003F6DB4">
              <w:tab/>
            </w:r>
            <w:r>
              <w:tab/>
            </w:r>
            <w:permEnd w:id="175453864"/>
          </w:p>
        </w:tc>
      </w:tr>
    </w:tbl>
    <w:p w14:paraId="0797F838" w14:textId="77777777" w:rsidR="00B62FF6" w:rsidRPr="00B62FF6" w:rsidRDefault="00B62FF6" w:rsidP="00ED2796">
      <w:pPr>
        <w:spacing w:after="0"/>
      </w:pPr>
    </w:p>
    <w:p w14:paraId="74F86089" w14:textId="5A6F44EC" w:rsidR="00EF33B6" w:rsidRDefault="00ED2796" w:rsidP="00EF33B6">
      <w:r w:rsidRPr="00ED2796">
        <w:t xml:space="preserve">Describe the </w:t>
      </w:r>
      <w:r w:rsidR="001A2E86">
        <w:t xml:space="preserve">research environment </w:t>
      </w:r>
      <w:r w:rsidR="005621E7">
        <w:t xml:space="preserve">e.g. </w:t>
      </w:r>
      <w:r w:rsidR="001A2E86">
        <w:t>f</w:t>
      </w:r>
      <w:r w:rsidRPr="00ED2796">
        <w:t xml:space="preserve">acilities, equipment, infrastructure, institutional support and specialist resources </w:t>
      </w:r>
      <w:r w:rsidR="001A2E86">
        <w:t>available</w:t>
      </w:r>
      <w:r w:rsidR="005621E7">
        <w:t xml:space="preserve"> (max 200 words</w:t>
      </w:r>
      <w:r w:rsidR="001A2E86">
        <w:t>):</w:t>
      </w:r>
    </w:p>
    <w:tbl>
      <w:tblPr>
        <w:tblStyle w:val="TableGrid"/>
        <w:tblW w:w="0" w:type="auto"/>
        <w:tblLook w:val="04A0" w:firstRow="1" w:lastRow="0" w:firstColumn="1" w:lastColumn="0" w:noHBand="0" w:noVBand="1"/>
      </w:tblPr>
      <w:tblGrid>
        <w:gridCol w:w="9743"/>
      </w:tblGrid>
      <w:tr w:rsidR="00ED2796" w14:paraId="7FD0B314" w14:textId="77777777">
        <w:trPr>
          <w:trHeight w:val="567"/>
        </w:trPr>
        <w:tc>
          <w:tcPr>
            <w:tcW w:w="9743" w:type="dxa"/>
          </w:tcPr>
          <w:p w14:paraId="3CF0ECAC" w14:textId="77777777" w:rsidR="00ED2796" w:rsidRDefault="00ED2796">
            <w:pPr>
              <w:spacing w:before="120" w:after="0"/>
              <w:contextualSpacing/>
            </w:pPr>
            <w:permStart w:id="1320838953" w:edGrp="everyone"/>
          </w:p>
          <w:p w14:paraId="3693BEF5" w14:textId="77777777" w:rsidR="00ED2796" w:rsidRDefault="00ED2796">
            <w:pPr>
              <w:spacing w:before="120" w:after="0"/>
              <w:contextualSpacing/>
            </w:pPr>
          </w:p>
          <w:p w14:paraId="01B45FED" w14:textId="77777777" w:rsidR="00ED2796" w:rsidRDefault="00ED2796">
            <w:pPr>
              <w:spacing w:before="120" w:after="0"/>
              <w:contextualSpacing/>
            </w:pPr>
            <w:r>
              <w:t xml:space="preserve"> </w:t>
            </w:r>
            <w:permEnd w:id="1320838953"/>
          </w:p>
        </w:tc>
      </w:tr>
    </w:tbl>
    <w:p w14:paraId="215E2B21" w14:textId="4DE8CACE" w:rsidR="008E7335" w:rsidRDefault="008E7335" w:rsidP="008E7335">
      <w:pPr>
        <w:pStyle w:val="Heading2"/>
        <w:numPr>
          <w:ilvl w:val="0"/>
          <w:numId w:val="8"/>
        </w:numPr>
        <w:spacing w:before="480"/>
      </w:pPr>
      <w:r>
        <w:t xml:space="preserve">Budget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6A3486" w:rsidRPr="00A06FF7" w14:paraId="4C6AF85A" w14:textId="77777777">
        <w:tc>
          <w:tcPr>
            <w:tcW w:w="9743" w:type="dxa"/>
            <w:shd w:val="clear" w:color="auto" w:fill="F0F0F0"/>
          </w:tcPr>
          <w:p w14:paraId="7858AF12" w14:textId="77777777" w:rsidR="006A3486" w:rsidRPr="00A06FF7" w:rsidRDefault="006A3486">
            <w:pPr>
              <w:pStyle w:val="Subtitle"/>
              <w:spacing w:before="160" w:after="0"/>
              <w:rPr>
                <w:sz w:val="20"/>
                <w:szCs w:val="20"/>
              </w:rPr>
            </w:pPr>
            <w:r w:rsidRPr="00A06FF7">
              <w:rPr>
                <w:sz w:val="20"/>
                <w:szCs w:val="20"/>
              </w:rPr>
              <w:t>Instructions</w:t>
            </w:r>
          </w:p>
          <w:p w14:paraId="7D4147C3" w14:textId="045A723A" w:rsidR="006A3486" w:rsidRPr="00A06FF7" w:rsidRDefault="006A3486">
            <w:pPr>
              <w:spacing w:before="160"/>
              <w:rPr>
                <w:sz w:val="20"/>
                <w:szCs w:val="20"/>
              </w:rPr>
            </w:pPr>
            <w:r w:rsidRPr="00A06FF7">
              <w:rPr>
                <w:sz w:val="20"/>
                <w:szCs w:val="20"/>
              </w:rPr>
              <w:t xml:space="preserve">Complete </w:t>
            </w:r>
            <w:r w:rsidR="00D04E1C">
              <w:rPr>
                <w:sz w:val="20"/>
                <w:szCs w:val="20"/>
              </w:rPr>
              <w:t xml:space="preserve">the detailed </w:t>
            </w:r>
            <w:r w:rsidR="00C842E6">
              <w:rPr>
                <w:sz w:val="20"/>
                <w:szCs w:val="20"/>
              </w:rPr>
              <w:t>MDNSW Innovator Grants Program 2026 Budgets template</w:t>
            </w:r>
            <w:r w:rsidR="0042007D">
              <w:rPr>
                <w:sz w:val="20"/>
                <w:szCs w:val="20"/>
              </w:rPr>
              <w:t xml:space="preserve"> to outline all requested </w:t>
            </w:r>
            <w:r w:rsidR="00323AF2">
              <w:rPr>
                <w:sz w:val="20"/>
                <w:szCs w:val="20"/>
              </w:rPr>
              <w:t xml:space="preserve">budget items and costs. Then, </w:t>
            </w:r>
            <w:r w:rsidR="00323AF2" w:rsidRPr="00323AF2">
              <w:rPr>
                <w:sz w:val="20"/>
                <w:szCs w:val="20"/>
              </w:rPr>
              <w:t xml:space="preserve">use the table below to </w:t>
            </w:r>
            <w:r w:rsidR="005E07CA">
              <w:rPr>
                <w:sz w:val="20"/>
                <w:szCs w:val="20"/>
              </w:rPr>
              <w:t>p</w:t>
            </w:r>
            <w:r w:rsidR="005E07CA" w:rsidRPr="005E07CA">
              <w:rPr>
                <w:sz w:val="20"/>
                <w:szCs w:val="20"/>
              </w:rPr>
              <w:t>rovide an approximate allocation of the requested funding across the categories. Enter amounts in dollar values only ($).</w:t>
            </w:r>
          </w:p>
        </w:tc>
      </w:tr>
    </w:tbl>
    <w:p w14:paraId="43902CC2" w14:textId="77777777" w:rsidR="00EF33B6" w:rsidRDefault="00EF33B6" w:rsidP="00192FEA">
      <w:pPr>
        <w:spacing w:after="0"/>
      </w:pPr>
    </w:p>
    <w:tbl>
      <w:tblPr>
        <w:tblStyle w:val="TableGrid"/>
        <w:tblW w:w="0" w:type="auto"/>
        <w:tblInd w:w="-5" w:type="dxa"/>
        <w:tblLook w:val="04A0" w:firstRow="1" w:lastRow="0" w:firstColumn="1" w:lastColumn="0" w:noHBand="0" w:noVBand="1"/>
      </w:tblPr>
      <w:tblGrid>
        <w:gridCol w:w="3261"/>
        <w:gridCol w:w="6487"/>
      </w:tblGrid>
      <w:tr w:rsidR="00A94F90" w14:paraId="0E07092B" w14:textId="77777777" w:rsidTr="00D8207F">
        <w:tc>
          <w:tcPr>
            <w:tcW w:w="3261" w:type="dxa"/>
            <w:shd w:val="clear" w:color="auto" w:fill="D4E8F7"/>
            <w:vAlign w:val="center"/>
          </w:tcPr>
          <w:p w14:paraId="79CA6F7D" w14:textId="77777777" w:rsidR="00A94F90" w:rsidRPr="00FA06A3" w:rsidRDefault="00A94F90" w:rsidP="00D8207F">
            <w:pPr>
              <w:pStyle w:val="ListBullet"/>
              <w:numPr>
                <w:ilvl w:val="0"/>
                <w:numId w:val="0"/>
              </w:numPr>
              <w:rPr>
                <w:rStyle w:val="Strong"/>
              </w:rPr>
            </w:pPr>
            <w:r w:rsidRPr="00FA06A3">
              <w:rPr>
                <w:rStyle w:val="Strong"/>
              </w:rPr>
              <w:t>Total funding requested ($)</w:t>
            </w:r>
          </w:p>
        </w:tc>
        <w:tc>
          <w:tcPr>
            <w:tcW w:w="6487" w:type="dxa"/>
            <w:vAlign w:val="bottom"/>
          </w:tcPr>
          <w:p w14:paraId="6623FF53" w14:textId="14DD3F79" w:rsidR="00A94F90" w:rsidRDefault="00427E8B" w:rsidP="00D8207F">
            <w:pPr>
              <w:pStyle w:val="ListBullet"/>
              <w:numPr>
                <w:ilvl w:val="0"/>
                <w:numId w:val="0"/>
              </w:numPr>
              <w:spacing w:before="160" w:after="0"/>
              <w:contextualSpacing w:val="0"/>
            </w:pPr>
            <w:permStart w:id="898632325" w:edGrp="everyone"/>
            <w:r w:rsidRPr="003F6DB4">
              <w:tab/>
            </w:r>
            <w:r>
              <w:tab/>
            </w:r>
            <w:permEnd w:id="898632325"/>
          </w:p>
        </w:tc>
      </w:tr>
    </w:tbl>
    <w:p w14:paraId="3223FC24" w14:textId="77777777" w:rsidR="00192FEA" w:rsidRDefault="00192FEA" w:rsidP="005B19C5">
      <w:pPr>
        <w:spacing w:after="0"/>
      </w:pPr>
    </w:p>
    <w:tbl>
      <w:tblPr>
        <w:tblStyle w:val="TableGrid"/>
        <w:tblW w:w="0" w:type="auto"/>
        <w:tblInd w:w="-5" w:type="dxa"/>
        <w:tblLook w:val="04A0" w:firstRow="1" w:lastRow="0" w:firstColumn="1" w:lastColumn="0" w:noHBand="0" w:noVBand="1"/>
      </w:tblPr>
      <w:tblGrid>
        <w:gridCol w:w="3261"/>
        <w:gridCol w:w="6487"/>
      </w:tblGrid>
      <w:tr w:rsidR="00100DE6" w14:paraId="647A8A25" w14:textId="77777777" w:rsidTr="00D8207F">
        <w:trPr>
          <w:trHeight w:val="510"/>
        </w:trPr>
        <w:tc>
          <w:tcPr>
            <w:tcW w:w="3261" w:type="dxa"/>
            <w:shd w:val="clear" w:color="auto" w:fill="D4E8F7"/>
            <w:vAlign w:val="center"/>
          </w:tcPr>
          <w:p w14:paraId="687FBA29" w14:textId="77777777" w:rsidR="00100DE6" w:rsidRPr="004E69D2" w:rsidRDefault="00100DE6" w:rsidP="00D8207F">
            <w:pPr>
              <w:pStyle w:val="ListBullet"/>
              <w:numPr>
                <w:ilvl w:val="0"/>
                <w:numId w:val="0"/>
              </w:numPr>
              <w:rPr>
                <w:rStyle w:val="Strong"/>
              </w:rPr>
            </w:pPr>
            <w:r w:rsidRPr="004E69D2">
              <w:rPr>
                <w:rStyle w:val="Strong"/>
              </w:rPr>
              <w:t>Category</w:t>
            </w:r>
          </w:p>
        </w:tc>
        <w:tc>
          <w:tcPr>
            <w:tcW w:w="6487" w:type="dxa"/>
            <w:shd w:val="clear" w:color="auto" w:fill="D4E8F7"/>
            <w:vAlign w:val="center"/>
          </w:tcPr>
          <w:p w14:paraId="0715A57E" w14:textId="77777777" w:rsidR="00100DE6" w:rsidRPr="004E69D2" w:rsidRDefault="00100DE6" w:rsidP="00D8207F">
            <w:pPr>
              <w:pStyle w:val="ListBullet"/>
              <w:numPr>
                <w:ilvl w:val="0"/>
                <w:numId w:val="0"/>
              </w:numPr>
              <w:spacing w:after="0"/>
              <w:contextualSpacing w:val="0"/>
              <w:rPr>
                <w:rStyle w:val="Strong"/>
              </w:rPr>
            </w:pPr>
            <w:r w:rsidRPr="004E69D2">
              <w:rPr>
                <w:rStyle w:val="Strong"/>
              </w:rPr>
              <w:t>Approximate breakdown</w:t>
            </w:r>
            <w:r>
              <w:rPr>
                <w:rStyle w:val="Strong"/>
              </w:rPr>
              <w:t xml:space="preserve"> ($)</w:t>
            </w:r>
          </w:p>
        </w:tc>
      </w:tr>
      <w:tr w:rsidR="00100DE6" w14:paraId="57B42565" w14:textId="77777777" w:rsidTr="00D8207F">
        <w:tc>
          <w:tcPr>
            <w:tcW w:w="3261" w:type="dxa"/>
            <w:vAlign w:val="center"/>
          </w:tcPr>
          <w:p w14:paraId="4C129032" w14:textId="77777777" w:rsidR="00100DE6" w:rsidRPr="00EB38DB" w:rsidRDefault="00100DE6" w:rsidP="00D8207F">
            <w:pPr>
              <w:spacing w:after="0"/>
              <w:rPr>
                <w:rStyle w:val="Strong"/>
                <w:b w:val="0"/>
                <w:bCs w:val="0"/>
                <w:color w:val="auto"/>
              </w:rPr>
            </w:pPr>
            <w:r w:rsidRPr="00EB38DB">
              <w:rPr>
                <w:rStyle w:val="Strong"/>
                <w:b w:val="0"/>
                <w:bCs w:val="0"/>
                <w:color w:val="auto"/>
              </w:rPr>
              <w:t>Personnel</w:t>
            </w:r>
          </w:p>
        </w:tc>
        <w:tc>
          <w:tcPr>
            <w:tcW w:w="6487" w:type="dxa"/>
            <w:vAlign w:val="bottom"/>
          </w:tcPr>
          <w:p w14:paraId="7F32B76F" w14:textId="177293AC" w:rsidR="00100DE6" w:rsidRDefault="00427E8B" w:rsidP="00D8207F">
            <w:pPr>
              <w:pStyle w:val="ListBullet"/>
              <w:numPr>
                <w:ilvl w:val="0"/>
                <w:numId w:val="0"/>
              </w:numPr>
              <w:spacing w:before="160" w:after="0"/>
              <w:contextualSpacing w:val="0"/>
            </w:pPr>
            <w:permStart w:id="1135871704" w:edGrp="everyone"/>
            <w:r w:rsidRPr="003F6DB4">
              <w:tab/>
            </w:r>
            <w:r>
              <w:tab/>
            </w:r>
            <w:permEnd w:id="1135871704"/>
          </w:p>
        </w:tc>
      </w:tr>
      <w:tr w:rsidR="00100DE6" w14:paraId="48552C87" w14:textId="77777777" w:rsidTr="00D8207F">
        <w:tc>
          <w:tcPr>
            <w:tcW w:w="3261" w:type="dxa"/>
            <w:vAlign w:val="center"/>
          </w:tcPr>
          <w:p w14:paraId="350B6823" w14:textId="77777777" w:rsidR="00100DE6" w:rsidRPr="00EB38DB" w:rsidRDefault="00100DE6" w:rsidP="00D8207F">
            <w:pPr>
              <w:spacing w:after="0"/>
              <w:rPr>
                <w:rStyle w:val="Strong"/>
                <w:b w:val="0"/>
                <w:bCs w:val="0"/>
                <w:color w:val="auto"/>
              </w:rPr>
            </w:pPr>
            <w:r w:rsidRPr="00EB38DB">
              <w:rPr>
                <w:rStyle w:val="Strong"/>
                <w:b w:val="0"/>
                <w:bCs w:val="0"/>
                <w:color w:val="auto"/>
              </w:rPr>
              <w:t>Consumables</w:t>
            </w:r>
          </w:p>
        </w:tc>
        <w:tc>
          <w:tcPr>
            <w:tcW w:w="6487" w:type="dxa"/>
            <w:vAlign w:val="bottom"/>
          </w:tcPr>
          <w:p w14:paraId="11A6D565" w14:textId="4175062F" w:rsidR="00100DE6" w:rsidRDefault="00427E8B" w:rsidP="00D8207F">
            <w:pPr>
              <w:pStyle w:val="ListBullet"/>
              <w:numPr>
                <w:ilvl w:val="0"/>
                <w:numId w:val="0"/>
              </w:numPr>
              <w:spacing w:before="160" w:after="0"/>
              <w:contextualSpacing w:val="0"/>
            </w:pPr>
            <w:permStart w:id="1537221015" w:edGrp="everyone"/>
            <w:r w:rsidRPr="003F6DB4">
              <w:tab/>
            </w:r>
            <w:r>
              <w:tab/>
            </w:r>
            <w:permEnd w:id="1537221015"/>
          </w:p>
        </w:tc>
      </w:tr>
      <w:tr w:rsidR="00100DE6" w14:paraId="7B0D6AA5" w14:textId="77777777" w:rsidTr="00D8207F">
        <w:tc>
          <w:tcPr>
            <w:tcW w:w="3261" w:type="dxa"/>
            <w:vAlign w:val="center"/>
          </w:tcPr>
          <w:p w14:paraId="069A10A9" w14:textId="77777777" w:rsidR="00100DE6" w:rsidRPr="00EB38DB" w:rsidRDefault="00100DE6" w:rsidP="00D8207F">
            <w:pPr>
              <w:spacing w:after="0"/>
              <w:rPr>
                <w:rStyle w:val="Strong"/>
                <w:b w:val="0"/>
                <w:bCs w:val="0"/>
                <w:color w:val="auto"/>
              </w:rPr>
            </w:pPr>
            <w:r w:rsidRPr="00EB38DB">
              <w:rPr>
                <w:rStyle w:val="Strong"/>
                <w:b w:val="0"/>
                <w:bCs w:val="0"/>
                <w:color w:val="auto"/>
              </w:rPr>
              <w:t>Core Facilities</w:t>
            </w:r>
          </w:p>
        </w:tc>
        <w:tc>
          <w:tcPr>
            <w:tcW w:w="6487" w:type="dxa"/>
            <w:vAlign w:val="bottom"/>
          </w:tcPr>
          <w:p w14:paraId="5F7DE029" w14:textId="51536653" w:rsidR="00100DE6" w:rsidRDefault="00427E8B" w:rsidP="00D8207F">
            <w:pPr>
              <w:pStyle w:val="ListBullet"/>
              <w:numPr>
                <w:ilvl w:val="0"/>
                <w:numId w:val="0"/>
              </w:numPr>
              <w:spacing w:before="160" w:after="0"/>
              <w:contextualSpacing w:val="0"/>
            </w:pPr>
            <w:permStart w:id="656490874" w:edGrp="everyone"/>
            <w:r w:rsidRPr="003F6DB4">
              <w:tab/>
            </w:r>
            <w:r>
              <w:tab/>
            </w:r>
            <w:permEnd w:id="656490874"/>
          </w:p>
        </w:tc>
      </w:tr>
      <w:tr w:rsidR="00100DE6" w14:paraId="20CFA563" w14:textId="77777777" w:rsidTr="00D8207F">
        <w:tc>
          <w:tcPr>
            <w:tcW w:w="3261" w:type="dxa"/>
            <w:vAlign w:val="center"/>
          </w:tcPr>
          <w:p w14:paraId="4CC12F68" w14:textId="77777777" w:rsidR="00100DE6" w:rsidRPr="00EB38DB" w:rsidRDefault="00100DE6" w:rsidP="00D8207F">
            <w:pPr>
              <w:spacing w:after="0"/>
              <w:rPr>
                <w:rStyle w:val="Strong"/>
                <w:b w:val="0"/>
                <w:bCs w:val="0"/>
                <w:color w:val="auto"/>
              </w:rPr>
            </w:pPr>
            <w:r w:rsidRPr="00EB38DB">
              <w:rPr>
                <w:rStyle w:val="Strong"/>
                <w:b w:val="0"/>
                <w:bCs w:val="0"/>
                <w:color w:val="auto"/>
              </w:rPr>
              <w:t>Compute</w:t>
            </w:r>
          </w:p>
        </w:tc>
        <w:tc>
          <w:tcPr>
            <w:tcW w:w="6487" w:type="dxa"/>
            <w:vAlign w:val="bottom"/>
          </w:tcPr>
          <w:p w14:paraId="2A447F2D" w14:textId="448D98F1" w:rsidR="00100DE6" w:rsidRDefault="00427E8B" w:rsidP="00D8207F">
            <w:pPr>
              <w:pStyle w:val="ListBullet"/>
              <w:numPr>
                <w:ilvl w:val="0"/>
                <w:numId w:val="0"/>
              </w:numPr>
              <w:spacing w:before="160" w:after="0"/>
              <w:contextualSpacing w:val="0"/>
            </w:pPr>
            <w:permStart w:id="1045628809" w:edGrp="everyone"/>
            <w:r w:rsidRPr="003F6DB4">
              <w:tab/>
            </w:r>
            <w:r>
              <w:tab/>
            </w:r>
            <w:permEnd w:id="1045628809"/>
          </w:p>
        </w:tc>
      </w:tr>
      <w:tr w:rsidR="00100DE6" w14:paraId="0D4A3889" w14:textId="77777777" w:rsidTr="00D8207F">
        <w:tc>
          <w:tcPr>
            <w:tcW w:w="3261" w:type="dxa"/>
            <w:vAlign w:val="center"/>
          </w:tcPr>
          <w:p w14:paraId="590877BE" w14:textId="77777777" w:rsidR="00100DE6" w:rsidRPr="00EB38DB" w:rsidRDefault="00100DE6" w:rsidP="00D8207F">
            <w:pPr>
              <w:spacing w:after="0"/>
              <w:rPr>
                <w:rStyle w:val="Strong"/>
                <w:b w:val="0"/>
                <w:bCs w:val="0"/>
                <w:color w:val="auto"/>
              </w:rPr>
            </w:pPr>
            <w:r w:rsidRPr="00EB38DB">
              <w:rPr>
                <w:rStyle w:val="Strong"/>
                <w:b w:val="0"/>
                <w:bCs w:val="0"/>
                <w:color w:val="auto"/>
              </w:rPr>
              <w:t>Other</w:t>
            </w:r>
          </w:p>
        </w:tc>
        <w:tc>
          <w:tcPr>
            <w:tcW w:w="6487" w:type="dxa"/>
            <w:vAlign w:val="bottom"/>
          </w:tcPr>
          <w:p w14:paraId="34E69761" w14:textId="37024F76" w:rsidR="00100DE6" w:rsidRDefault="00427E8B" w:rsidP="00D8207F">
            <w:pPr>
              <w:pStyle w:val="ListBullet"/>
              <w:numPr>
                <w:ilvl w:val="0"/>
                <w:numId w:val="0"/>
              </w:numPr>
              <w:spacing w:before="160" w:after="0"/>
              <w:contextualSpacing w:val="0"/>
            </w:pPr>
            <w:permStart w:id="43321137" w:edGrp="everyone"/>
            <w:r w:rsidRPr="003F6DB4">
              <w:tab/>
            </w:r>
            <w:r>
              <w:tab/>
            </w:r>
            <w:permEnd w:id="43321137"/>
          </w:p>
        </w:tc>
      </w:tr>
    </w:tbl>
    <w:p w14:paraId="3F305B62" w14:textId="77777777" w:rsidR="00032E2D" w:rsidRDefault="00032E2D" w:rsidP="005B19C5">
      <w:pPr>
        <w:spacing w:after="0"/>
      </w:pPr>
    </w:p>
    <w:p w14:paraId="528AFEE2" w14:textId="42867BAB" w:rsidR="005B19C5" w:rsidRDefault="005B19C5" w:rsidP="005B19C5">
      <w:r>
        <w:t xml:space="preserve">Has additional co-funding </w:t>
      </w:r>
      <w:r w:rsidR="004F406E">
        <w:t>been secured or applied for?</w:t>
      </w:r>
    </w:p>
    <w:permStart w:id="1164256363" w:edGrp="everyone"/>
    <w:p w14:paraId="20BF3EE5" w14:textId="46CD6925" w:rsidR="007D0C84" w:rsidRDefault="002C0D44" w:rsidP="005B19C5">
      <w:sdt>
        <w:sdtPr>
          <w:id w:val="94912391"/>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1164256363"/>
      <w:r w:rsidR="007D0C84">
        <w:t>Yes</w:t>
      </w:r>
      <w:r w:rsidR="007D0C84">
        <w:tab/>
      </w:r>
      <w:r w:rsidR="007D0C84">
        <w:tab/>
      </w:r>
      <w:permStart w:id="1654547474" w:edGrp="everyone"/>
      <w:sdt>
        <w:sdtPr>
          <w:id w:val="2111702306"/>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1654547474"/>
      <w:r w:rsidR="007D0C84">
        <w:t>No</w:t>
      </w:r>
    </w:p>
    <w:p w14:paraId="6544C2E2" w14:textId="77777777" w:rsidR="00100DE6" w:rsidRDefault="00100DE6" w:rsidP="005B19C5"/>
    <w:p w14:paraId="7055A787" w14:textId="77777777" w:rsidR="00100DE6" w:rsidRDefault="00100DE6" w:rsidP="005B19C5"/>
    <w:p w14:paraId="6C509DD3" w14:textId="77777777" w:rsidR="00100DE6" w:rsidRDefault="00100DE6" w:rsidP="005B19C5"/>
    <w:p w14:paraId="03E4BDA9" w14:textId="201948F8" w:rsidR="00EF33B6" w:rsidRDefault="003C706B" w:rsidP="00EF33B6">
      <w:pPr>
        <w:pStyle w:val="Heading2"/>
        <w:numPr>
          <w:ilvl w:val="0"/>
          <w:numId w:val="8"/>
        </w:numPr>
        <w:spacing w:before="480"/>
      </w:pPr>
      <w:r>
        <w:lastRenderedPageBreak/>
        <w:t xml:space="preserve">Ethics and Regulatory Approvals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9743"/>
      </w:tblGrid>
      <w:tr w:rsidR="007B4917" w:rsidRPr="00A06FF7" w14:paraId="741A5E2C" w14:textId="77777777" w:rsidTr="00A85A83">
        <w:tc>
          <w:tcPr>
            <w:tcW w:w="9743" w:type="dxa"/>
            <w:shd w:val="clear" w:color="auto" w:fill="F0F0F0"/>
          </w:tcPr>
          <w:p w14:paraId="69D6E4F4" w14:textId="1C76C32B" w:rsidR="007B4917" w:rsidRPr="00A06FF7" w:rsidRDefault="007B4917" w:rsidP="00A85A83">
            <w:pPr>
              <w:spacing w:before="160"/>
              <w:rPr>
                <w:sz w:val="20"/>
                <w:szCs w:val="20"/>
              </w:rPr>
            </w:pPr>
            <w:r w:rsidRPr="007B4917">
              <w:rPr>
                <w:sz w:val="20"/>
                <w:szCs w:val="20"/>
              </w:rPr>
              <w:t>Please indicate whether each approval is required for your project. If approval is required, select the status. Funding may be conditional on the relevant approvals being obtained.</w:t>
            </w:r>
          </w:p>
        </w:tc>
      </w:tr>
    </w:tbl>
    <w:p w14:paraId="61348510" w14:textId="77777777" w:rsidR="007B4917" w:rsidRDefault="007B4917" w:rsidP="007B4917">
      <w:pPr>
        <w:spacing w:after="0"/>
      </w:pPr>
    </w:p>
    <w:p w14:paraId="642722CC" w14:textId="4C0F7492" w:rsidR="00DF43CF" w:rsidRPr="00DF43CF" w:rsidRDefault="00DF43CF" w:rsidP="00DF43CF">
      <w:pPr>
        <w:rPr>
          <w:b/>
          <w:bCs/>
        </w:rPr>
      </w:pPr>
      <w:r>
        <w:rPr>
          <w:b/>
          <w:bCs/>
        </w:rPr>
        <w:t xml:space="preserve">7.1 </w:t>
      </w:r>
      <w:r w:rsidRPr="00DF43CF">
        <w:rPr>
          <w:b/>
          <w:bCs/>
        </w:rPr>
        <w:t>Human Ethics Approval</w:t>
      </w:r>
      <w:r w:rsidR="00C0214D">
        <w:rPr>
          <w:b/>
          <w:bCs/>
        </w:rPr>
        <w:t xml:space="preserve"> Required?</w:t>
      </w:r>
    </w:p>
    <w:permStart w:id="1892707414" w:edGrp="everyone"/>
    <w:p w14:paraId="39305035" w14:textId="3654C006" w:rsidR="007D0C84" w:rsidRDefault="002C0D44" w:rsidP="00DF43CF">
      <w:sdt>
        <w:sdtPr>
          <w:id w:val="453217236"/>
          <w14:checkbox>
            <w14:checked w14:val="0"/>
            <w14:checkedState w14:val="2612" w14:font="MS Gothic"/>
            <w14:uncheckedState w14:val="2610" w14:font="MS Gothic"/>
          </w14:checkbox>
        </w:sdtPr>
        <w:sdtEndPr/>
        <w:sdtContent>
          <w:r w:rsidR="00892F1D">
            <w:rPr>
              <w:rFonts w:ascii="MS Gothic" w:eastAsia="MS Gothic" w:hAnsi="MS Gothic" w:hint="eastAsia"/>
            </w:rPr>
            <w:t>☐</w:t>
          </w:r>
        </w:sdtContent>
      </w:sdt>
      <w:r w:rsidR="007D0C84">
        <w:t xml:space="preserve">    </w:t>
      </w:r>
      <w:permEnd w:id="1892707414"/>
      <w:r w:rsidR="007D0C84">
        <w:t>Yes</w:t>
      </w:r>
      <w:r w:rsidR="007D0C84">
        <w:tab/>
      </w:r>
      <w:r w:rsidR="007D0C84">
        <w:tab/>
      </w:r>
      <w:permStart w:id="317012652" w:edGrp="everyone"/>
      <w:sdt>
        <w:sdtPr>
          <w:id w:val="-1253197308"/>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317012652"/>
      <w:r w:rsidR="007D0C84">
        <w:t>No</w:t>
      </w:r>
    </w:p>
    <w:p w14:paraId="279700A7" w14:textId="3C7EF3D1" w:rsidR="00DF43CF" w:rsidRPr="00944EEE" w:rsidRDefault="00C71C5E" w:rsidP="00DF43CF">
      <w:r w:rsidRPr="00944EEE">
        <w:t>Status (if required)</w:t>
      </w:r>
    </w:p>
    <w:permStart w:id="2091650074" w:edGrp="everyone"/>
    <w:p w14:paraId="2DEFB602" w14:textId="01A34074" w:rsidR="00C71C5E" w:rsidRDefault="002C0D44" w:rsidP="00C71C5E">
      <w:sdt>
        <w:sdtPr>
          <w:id w:val="779309571"/>
          <w14:checkbox>
            <w14:checked w14:val="0"/>
            <w14:checkedState w14:val="2612" w14:font="MS Gothic"/>
            <w14:uncheckedState w14:val="2610" w14:font="MS Gothic"/>
          </w14:checkbox>
        </w:sdtPr>
        <w:sdtEndPr/>
        <w:sdtContent>
          <w:r w:rsidR="00D66595">
            <w:rPr>
              <w:rFonts w:ascii="MS Gothic" w:eastAsia="MS Gothic" w:hAnsi="MS Gothic" w:hint="eastAsia"/>
            </w:rPr>
            <w:t>☐</w:t>
          </w:r>
        </w:sdtContent>
      </w:sdt>
      <w:r w:rsidR="0084694A">
        <w:t xml:space="preserve">    </w:t>
      </w:r>
      <w:permEnd w:id="2091650074"/>
      <w:r w:rsidR="0084694A">
        <w:t>Approved</w:t>
      </w:r>
      <w:r w:rsidR="0084694A">
        <w:tab/>
      </w:r>
      <w:r w:rsidR="0084694A">
        <w:tab/>
      </w:r>
      <w:permStart w:id="1107241904" w:edGrp="everyone"/>
      <w:sdt>
        <w:sdtPr>
          <w:id w:val="-1977365786"/>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1107241904"/>
      <w:r w:rsidR="0084694A">
        <w:t>Submitted</w:t>
      </w:r>
      <w:r w:rsidR="0084694A">
        <w:tab/>
      </w:r>
      <w:r w:rsidR="0084694A">
        <w:tab/>
      </w:r>
      <w:permStart w:id="1468015483" w:edGrp="everyone"/>
      <w:sdt>
        <w:sdtPr>
          <w:id w:val="1154642248"/>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1468015483"/>
      <w:r w:rsidR="0084694A">
        <w:t>Planned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070"/>
      </w:tblGrid>
      <w:tr w:rsidR="00174CCC" w14:paraId="43FF9F81" w14:textId="77777777" w:rsidTr="00082C54">
        <w:trPr>
          <w:trHeight w:val="321"/>
        </w:trPr>
        <w:tc>
          <w:tcPr>
            <w:tcW w:w="9743" w:type="dxa"/>
            <w:gridSpan w:val="2"/>
            <w:vAlign w:val="center"/>
          </w:tcPr>
          <w:p w14:paraId="5C946550" w14:textId="77777777" w:rsidR="00174CCC" w:rsidRPr="00147AB2" w:rsidRDefault="00174CCC" w:rsidP="00082C54">
            <w:pPr>
              <w:spacing w:after="0"/>
              <w:ind w:left="-113"/>
            </w:pPr>
            <w:r w:rsidRPr="00147AB2">
              <w:t>If planned, please provide the expected submission and/or approval date:</w:t>
            </w:r>
          </w:p>
        </w:tc>
      </w:tr>
      <w:tr w:rsidR="00174CCC" w14:paraId="33E93499" w14:textId="77777777" w:rsidTr="00082C54">
        <w:tc>
          <w:tcPr>
            <w:tcW w:w="4673" w:type="dxa"/>
            <w:tcBorders>
              <w:bottom w:val="single" w:sz="4" w:space="0" w:color="000000"/>
            </w:tcBorders>
          </w:tcPr>
          <w:p w14:paraId="4096F1DA" w14:textId="6A2F1E94" w:rsidR="00174CCC" w:rsidRPr="00082C54" w:rsidRDefault="00174CCC" w:rsidP="00082C54">
            <w:pPr>
              <w:spacing w:before="160" w:after="0"/>
              <w:ind w:left="-113"/>
              <w:rPr>
                <w:i/>
                <w:color w:val="8A8A8A"/>
              </w:rPr>
            </w:pPr>
            <w:permStart w:id="1891834303" w:edGrp="everyone"/>
            <w:r w:rsidRPr="00092D4D">
              <w:rPr>
                <w:i/>
                <w:iCs/>
                <w:color w:val="8A8A8A"/>
              </w:rPr>
              <w:t>dd/mm/</w:t>
            </w:r>
            <w:proofErr w:type="spellStart"/>
            <w:r w:rsidRPr="00092D4D">
              <w:rPr>
                <w:i/>
                <w:iCs/>
                <w:color w:val="8A8A8A"/>
              </w:rPr>
              <w:t>yyyy</w:t>
            </w:r>
            <w:permEnd w:id="1891834303"/>
            <w:proofErr w:type="spellEnd"/>
          </w:p>
        </w:tc>
        <w:tc>
          <w:tcPr>
            <w:tcW w:w="5070" w:type="dxa"/>
          </w:tcPr>
          <w:p w14:paraId="32A30AFC" w14:textId="77777777" w:rsidR="00174CCC" w:rsidRDefault="00174CCC"/>
        </w:tc>
      </w:tr>
    </w:tbl>
    <w:p w14:paraId="61B027BB" w14:textId="77777777" w:rsidR="00C71C5E" w:rsidRPr="00DF43CF" w:rsidRDefault="00C71C5E" w:rsidP="00082C54">
      <w:pPr>
        <w:spacing w:after="0"/>
        <w:rPr>
          <w:b/>
          <w:bCs/>
        </w:rPr>
      </w:pPr>
    </w:p>
    <w:p w14:paraId="49FB9889" w14:textId="6C5334FB" w:rsidR="00B758D5" w:rsidRPr="00DF43CF" w:rsidRDefault="00B758D5" w:rsidP="00B758D5">
      <w:pPr>
        <w:rPr>
          <w:b/>
          <w:bCs/>
        </w:rPr>
      </w:pPr>
      <w:r>
        <w:rPr>
          <w:b/>
          <w:bCs/>
        </w:rPr>
        <w:t>7.2 Animal Ethics Approval</w:t>
      </w:r>
      <w:r w:rsidR="00C0214D">
        <w:rPr>
          <w:b/>
          <w:bCs/>
        </w:rPr>
        <w:t xml:space="preserve"> Required?</w:t>
      </w:r>
    </w:p>
    <w:permStart w:id="1010640335" w:edGrp="everyone"/>
    <w:p w14:paraId="1EF1B3AC" w14:textId="170F8B9B" w:rsidR="007D0C84" w:rsidRDefault="002C0D44" w:rsidP="00D155A6">
      <w:sdt>
        <w:sdtPr>
          <w:id w:val="1930229659"/>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1010640335"/>
      <w:r w:rsidR="007D0C84">
        <w:t>Yes</w:t>
      </w:r>
      <w:r w:rsidR="007D0C84">
        <w:tab/>
      </w:r>
      <w:r w:rsidR="007D0C84">
        <w:tab/>
      </w:r>
      <w:permStart w:id="659173649" w:edGrp="everyone"/>
      <w:sdt>
        <w:sdtPr>
          <w:id w:val="1713001920"/>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659173649"/>
      <w:r w:rsidR="007D0C84">
        <w:t>No</w:t>
      </w:r>
    </w:p>
    <w:p w14:paraId="5BF4F70C" w14:textId="0CA4FFA7" w:rsidR="00D155A6" w:rsidRPr="00082C54" w:rsidRDefault="00D155A6" w:rsidP="00D155A6">
      <w:r w:rsidRPr="00082C54">
        <w:t>Status (if required)</w:t>
      </w:r>
    </w:p>
    <w:permStart w:id="569731379" w:edGrp="everyone"/>
    <w:p w14:paraId="188DA08E" w14:textId="7060929E" w:rsidR="0084694A" w:rsidRDefault="002C0D44" w:rsidP="0084694A">
      <w:sdt>
        <w:sdtPr>
          <w:id w:val="-2092223428"/>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569731379"/>
      <w:r w:rsidR="0084694A">
        <w:t>Approved</w:t>
      </w:r>
      <w:r w:rsidR="0084694A">
        <w:tab/>
      </w:r>
      <w:r w:rsidR="0084694A">
        <w:tab/>
      </w:r>
      <w:permStart w:id="1859413531" w:edGrp="everyone"/>
      <w:sdt>
        <w:sdtPr>
          <w:id w:val="608862324"/>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1859413531"/>
      <w:r w:rsidR="0084694A">
        <w:t>Submitted</w:t>
      </w:r>
      <w:r w:rsidR="0084694A">
        <w:tab/>
      </w:r>
      <w:r w:rsidR="0084694A">
        <w:tab/>
      </w:r>
      <w:permStart w:id="814054816" w:edGrp="everyone"/>
      <w:sdt>
        <w:sdtPr>
          <w:id w:val="1024675934"/>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814054816"/>
      <w:r w:rsidR="0084694A">
        <w:t>Planned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070"/>
      </w:tblGrid>
      <w:tr w:rsidR="00D24337" w14:paraId="78A834A0" w14:textId="77777777" w:rsidTr="00A85A83">
        <w:trPr>
          <w:trHeight w:val="321"/>
        </w:trPr>
        <w:tc>
          <w:tcPr>
            <w:tcW w:w="9743" w:type="dxa"/>
            <w:gridSpan w:val="2"/>
            <w:vAlign w:val="center"/>
          </w:tcPr>
          <w:p w14:paraId="29CB55D2" w14:textId="77777777" w:rsidR="00D24337" w:rsidRPr="00147AB2" w:rsidRDefault="00D24337" w:rsidP="00A85A83">
            <w:pPr>
              <w:spacing w:after="0"/>
              <w:ind w:left="-113"/>
            </w:pPr>
            <w:r w:rsidRPr="00147AB2">
              <w:t>If planned, please provide the expected submission and/or approval date:</w:t>
            </w:r>
          </w:p>
        </w:tc>
      </w:tr>
      <w:tr w:rsidR="00D24337" w14:paraId="0B97070B" w14:textId="77777777" w:rsidTr="00A85A83">
        <w:tc>
          <w:tcPr>
            <w:tcW w:w="4673" w:type="dxa"/>
            <w:tcBorders>
              <w:bottom w:val="single" w:sz="4" w:space="0" w:color="000000"/>
            </w:tcBorders>
          </w:tcPr>
          <w:p w14:paraId="67F7C812" w14:textId="77777777" w:rsidR="00D24337" w:rsidRPr="00082C54" w:rsidRDefault="00D24337" w:rsidP="00A85A83">
            <w:pPr>
              <w:spacing w:before="160" w:after="0"/>
              <w:ind w:left="-113"/>
              <w:rPr>
                <w:i/>
                <w:iCs/>
                <w:color w:val="8A8A8A"/>
              </w:rPr>
            </w:pPr>
            <w:permStart w:id="712385111" w:edGrp="everyone"/>
            <w:r w:rsidRPr="00092D4D">
              <w:rPr>
                <w:i/>
                <w:iCs/>
                <w:color w:val="8A8A8A"/>
              </w:rPr>
              <w:t>dd/mm/</w:t>
            </w:r>
            <w:proofErr w:type="spellStart"/>
            <w:r w:rsidRPr="00092D4D">
              <w:rPr>
                <w:i/>
                <w:iCs/>
                <w:color w:val="8A8A8A"/>
              </w:rPr>
              <w:t>yyyy</w:t>
            </w:r>
            <w:permEnd w:id="712385111"/>
            <w:proofErr w:type="spellEnd"/>
          </w:p>
        </w:tc>
        <w:tc>
          <w:tcPr>
            <w:tcW w:w="5070" w:type="dxa"/>
          </w:tcPr>
          <w:p w14:paraId="27C354C0" w14:textId="77777777" w:rsidR="00D24337" w:rsidRDefault="00D24337" w:rsidP="00A85A83"/>
        </w:tc>
      </w:tr>
    </w:tbl>
    <w:p w14:paraId="7BBBA4EE" w14:textId="77777777" w:rsidR="003C706B" w:rsidRPr="003C706B" w:rsidRDefault="003C706B" w:rsidP="003C706B"/>
    <w:p w14:paraId="77ECD0AE" w14:textId="3C2B278A" w:rsidR="00800B63" w:rsidRPr="00DF43CF" w:rsidRDefault="00800B63" w:rsidP="00800B63">
      <w:pPr>
        <w:rPr>
          <w:b/>
          <w:bCs/>
        </w:rPr>
      </w:pPr>
      <w:r>
        <w:rPr>
          <w:b/>
          <w:bCs/>
        </w:rPr>
        <w:t>7.</w:t>
      </w:r>
      <w:r w:rsidR="005967FC">
        <w:rPr>
          <w:b/>
          <w:bCs/>
        </w:rPr>
        <w:t>3</w:t>
      </w:r>
      <w:r>
        <w:rPr>
          <w:b/>
          <w:bCs/>
        </w:rPr>
        <w:t xml:space="preserve"> </w:t>
      </w:r>
      <w:r w:rsidR="005967FC">
        <w:rPr>
          <w:b/>
          <w:bCs/>
        </w:rPr>
        <w:t>Biosafety/Gene Technology</w:t>
      </w:r>
      <w:r>
        <w:rPr>
          <w:b/>
          <w:bCs/>
        </w:rPr>
        <w:t xml:space="preserve"> Approval</w:t>
      </w:r>
      <w:r w:rsidR="00C0214D">
        <w:rPr>
          <w:b/>
          <w:bCs/>
        </w:rPr>
        <w:t xml:space="preserve"> Required?</w:t>
      </w:r>
    </w:p>
    <w:permStart w:id="297613585" w:edGrp="everyone"/>
    <w:p w14:paraId="2B530998" w14:textId="144C5B51" w:rsidR="007D0C84" w:rsidRDefault="002C0D44" w:rsidP="00800B63">
      <w:sdt>
        <w:sdtPr>
          <w:id w:val="1464306044"/>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297613585"/>
      <w:r w:rsidR="007D0C84">
        <w:t>Yes</w:t>
      </w:r>
      <w:r w:rsidR="007D0C84">
        <w:tab/>
      </w:r>
      <w:r w:rsidR="007D0C84">
        <w:tab/>
      </w:r>
      <w:permStart w:id="503261724" w:edGrp="everyone"/>
      <w:sdt>
        <w:sdtPr>
          <w:id w:val="-1269848669"/>
          <w14:checkbox>
            <w14:checked w14:val="0"/>
            <w14:checkedState w14:val="2612" w14:font="MS Gothic"/>
            <w14:uncheckedState w14:val="2610" w14:font="MS Gothic"/>
          </w14:checkbox>
        </w:sdtPr>
        <w:sdtEndPr/>
        <w:sdtContent>
          <w:r w:rsidR="007D0C84">
            <w:rPr>
              <w:rFonts w:ascii="MS Gothic" w:eastAsia="MS Gothic" w:hAnsi="MS Gothic" w:hint="eastAsia"/>
            </w:rPr>
            <w:t>☐</w:t>
          </w:r>
        </w:sdtContent>
      </w:sdt>
      <w:r w:rsidR="007D0C84">
        <w:t xml:space="preserve">    </w:t>
      </w:r>
      <w:permEnd w:id="503261724"/>
      <w:r w:rsidR="007D0C84">
        <w:t>No</w:t>
      </w:r>
    </w:p>
    <w:p w14:paraId="7440E402" w14:textId="026B4039" w:rsidR="00800B63" w:rsidRPr="00D24337" w:rsidRDefault="00800B63" w:rsidP="00800B63">
      <w:r w:rsidRPr="00D24337">
        <w:t>Status (if required)</w:t>
      </w:r>
    </w:p>
    <w:permStart w:id="268370920" w:edGrp="everyone"/>
    <w:p w14:paraId="0AFFFCFB" w14:textId="4E7823B7" w:rsidR="0084694A" w:rsidRDefault="002C0D44" w:rsidP="00800B63">
      <w:sdt>
        <w:sdtPr>
          <w:id w:val="858861653"/>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268370920"/>
      <w:r w:rsidR="0084694A">
        <w:t>Approved</w:t>
      </w:r>
      <w:r w:rsidR="0084694A">
        <w:tab/>
      </w:r>
      <w:r w:rsidR="0084694A">
        <w:tab/>
      </w:r>
      <w:permStart w:id="1160730644" w:edGrp="everyone"/>
      <w:sdt>
        <w:sdtPr>
          <w:id w:val="-2056079169"/>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1160730644"/>
      <w:r w:rsidR="0084694A">
        <w:t>Submitted</w:t>
      </w:r>
      <w:r w:rsidR="0084694A">
        <w:tab/>
      </w:r>
      <w:r w:rsidR="0084694A">
        <w:tab/>
      </w:r>
      <w:permStart w:id="926309593" w:edGrp="everyone"/>
      <w:sdt>
        <w:sdtPr>
          <w:id w:val="-902369385"/>
          <w14:checkbox>
            <w14:checked w14:val="0"/>
            <w14:checkedState w14:val="2612" w14:font="MS Gothic"/>
            <w14:uncheckedState w14:val="2610" w14:font="MS Gothic"/>
          </w14:checkbox>
        </w:sdtPr>
        <w:sdtEndPr/>
        <w:sdtContent>
          <w:r w:rsidR="0084694A">
            <w:rPr>
              <w:rFonts w:ascii="MS Gothic" w:eastAsia="MS Gothic" w:hAnsi="MS Gothic" w:hint="eastAsia"/>
            </w:rPr>
            <w:t>☐</w:t>
          </w:r>
        </w:sdtContent>
      </w:sdt>
      <w:r w:rsidR="0084694A">
        <w:t xml:space="preserve">    </w:t>
      </w:r>
      <w:permEnd w:id="926309593"/>
      <w:r w:rsidR="0084694A">
        <w:t>Planned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070"/>
      </w:tblGrid>
      <w:tr w:rsidR="00D24337" w14:paraId="56F6C050" w14:textId="77777777" w:rsidTr="00A85A83">
        <w:trPr>
          <w:trHeight w:val="321"/>
        </w:trPr>
        <w:tc>
          <w:tcPr>
            <w:tcW w:w="9743" w:type="dxa"/>
            <w:gridSpan w:val="2"/>
            <w:vAlign w:val="center"/>
          </w:tcPr>
          <w:p w14:paraId="2749D82B" w14:textId="77777777" w:rsidR="00D24337" w:rsidRPr="00147AB2" w:rsidRDefault="00D24337" w:rsidP="00A85A83">
            <w:pPr>
              <w:spacing w:after="0"/>
              <w:ind w:left="-113"/>
            </w:pPr>
            <w:r w:rsidRPr="00147AB2">
              <w:t>If planned, please provide the expected submission and/or approval date:</w:t>
            </w:r>
          </w:p>
        </w:tc>
      </w:tr>
      <w:tr w:rsidR="00D24337" w14:paraId="69701463" w14:textId="77777777" w:rsidTr="00A85A83">
        <w:tc>
          <w:tcPr>
            <w:tcW w:w="4673" w:type="dxa"/>
            <w:tcBorders>
              <w:bottom w:val="single" w:sz="4" w:space="0" w:color="000000"/>
            </w:tcBorders>
          </w:tcPr>
          <w:p w14:paraId="533C9CF8" w14:textId="77777777" w:rsidR="00D24337" w:rsidRPr="00082C54" w:rsidRDefault="00D24337" w:rsidP="00A85A83">
            <w:pPr>
              <w:spacing w:before="160" w:after="0"/>
              <w:ind w:left="-113"/>
              <w:rPr>
                <w:i/>
                <w:iCs/>
                <w:color w:val="8A8A8A"/>
              </w:rPr>
            </w:pPr>
            <w:permStart w:id="1556697889" w:edGrp="everyone"/>
            <w:r w:rsidRPr="00092D4D">
              <w:rPr>
                <w:i/>
                <w:iCs/>
                <w:color w:val="8A8A8A"/>
              </w:rPr>
              <w:t>dd/mm/</w:t>
            </w:r>
            <w:proofErr w:type="spellStart"/>
            <w:r w:rsidRPr="00092D4D">
              <w:rPr>
                <w:i/>
                <w:iCs/>
                <w:color w:val="8A8A8A"/>
              </w:rPr>
              <w:t>yyyy</w:t>
            </w:r>
            <w:permEnd w:id="1556697889"/>
            <w:proofErr w:type="spellEnd"/>
          </w:p>
        </w:tc>
        <w:tc>
          <w:tcPr>
            <w:tcW w:w="5070" w:type="dxa"/>
          </w:tcPr>
          <w:p w14:paraId="575EC31D" w14:textId="77777777" w:rsidR="00D24337" w:rsidRDefault="00D24337" w:rsidP="00A85A83"/>
        </w:tc>
      </w:tr>
    </w:tbl>
    <w:p w14:paraId="65B48EE1" w14:textId="0B2C4967" w:rsidR="00837242" w:rsidRDefault="00D43586" w:rsidP="00C1632E">
      <w:pPr>
        <w:pStyle w:val="Heading2"/>
        <w:numPr>
          <w:ilvl w:val="0"/>
          <w:numId w:val="8"/>
        </w:numPr>
        <w:spacing w:before="480"/>
      </w:pPr>
      <w:r>
        <w:t>Consumer Relevance</w:t>
      </w:r>
    </w:p>
    <w:p w14:paraId="53897787" w14:textId="50B5D088" w:rsidR="00215A88" w:rsidRDefault="00215A88" w:rsidP="00215A88">
      <w:r w:rsidRPr="008F1159">
        <w:t>In plain language, describe how this research could ultimately benefit people living with muscular dystrophy or other neuromuscular conditions</w:t>
      </w:r>
      <w:r w:rsidR="008F1159" w:rsidRPr="008F1159">
        <w:t>. This response should be written for a non-scientific audience and avoid technical or academic language</w:t>
      </w:r>
      <w:r w:rsidRPr="008F1159">
        <w:t xml:space="preserve"> </w:t>
      </w:r>
      <w:r w:rsidRPr="002E7ED9">
        <w:t xml:space="preserve">(max </w:t>
      </w:r>
      <w:r w:rsidR="00D43586">
        <w:t>150</w:t>
      </w:r>
      <w:r w:rsidRPr="002E7ED9">
        <w:t xml:space="preserve"> words):</w:t>
      </w:r>
      <w:r w:rsidRPr="008F1159">
        <w:t xml:space="preserve"> </w:t>
      </w:r>
    </w:p>
    <w:tbl>
      <w:tblPr>
        <w:tblStyle w:val="TableGrid"/>
        <w:tblW w:w="9781" w:type="dxa"/>
        <w:tblInd w:w="-5" w:type="dxa"/>
        <w:tblLook w:val="04A0" w:firstRow="1" w:lastRow="0" w:firstColumn="1" w:lastColumn="0" w:noHBand="0" w:noVBand="1"/>
      </w:tblPr>
      <w:tblGrid>
        <w:gridCol w:w="9781"/>
      </w:tblGrid>
      <w:tr w:rsidR="00E60B64" w14:paraId="2730C30E" w14:textId="77777777" w:rsidTr="00E60B64">
        <w:trPr>
          <w:trHeight w:val="567"/>
        </w:trPr>
        <w:tc>
          <w:tcPr>
            <w:tcW w:w="9781" w:type="dxa"/>
          </w:tcPr>
          <w:p w14:paraId="236AD863" w14:textId="77777777" w:rsidR="00E60B64" w:rsidRDefault="00E60B64" w:rsidP="002D417D">
            <w:pPr>
              <w:spacing w:before="120" w:after="0"/>
              <w:contextualSpacing/>
            </w:pPr>
            <w:permStart w:id="1702233033" w:edGrp="everyone"/>
          </w:p>
          <w:p w14:paraId="54FC22B5" w14:textId="77777777" w:rsidR="00E60B64" w:rsidRDefault="00E60B64" w:rsidP="002D417D">
            <w:pPr>
              <w:spacing w:before="120" w:after="0"/>
              <w:contextualSpacing/>
            </w:pPr>
          </w:p>
          <w:p w14:paraId="67CC644D" w14:textId="77777777" w:rsidR="00E60B64" w:rsidRDefault="00E60B64" w:rsidP="002D417D">
            <w:pPr>
              <w:spacing w:before="120" w:after="0"/>
              <w:contextualSpacing/>
            </w:pPr>
            <w:r>
              <w:t xml:space="preserve"> </w:t>
            </w:r>
            <w:permEnd w:id="1702233033"/>
          </w:p>
        </w:tc>
      </w:tr>
    </w:tbl>
    <w:p w14:paraId="3C298381" w14:textId="2D0B4DA7" w:rsidR="00DD09BE" w:rsidRDefault="002E3AFF" w:rsidP="00E60B64">
      <w:pPr>
        <w:pStyle w:val="Heading2"/>
        <w:numPr>
          <w:ilvl w:val="0"/>
          <w:numId w:val="8"/>
        </w:numPr>
      </w:pPr>
      <w:r>
        <w:rPr>
          <w:noProof/>
        </w:rPr>
        <w:lastRenderedPageBreak/>
        <w:drawing>
          <wp:anchor distT="0" distB="0" distL="114300" distR="114300" simplePos="0" relativeHeight="251658241" behindDoc="0" locked="0" layoutInCell="1" allowOverlap="1" wp14:anchorId="6DD7279A" wp14:editId="6176D4BA">
            <wp:simplePos x="0" y="0"/>
            <wp:positionH relativeFrom="margin">
              <wp:posOffset>4440957</wp:posOffset>
            </wp:positionH>
            <wp:positionV relativeFrom="paragraph">
              <wp:posOffset>0</wp:posOffset>
            </wp:positionV>
            <wp:extent cx="1737125" cy="1439333"/>
            <wp:effectExtent l="0" t="0" r="0" b="8890"/>
            <wp:wrapNone/>
            <wp:docPr id="16854905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1541" cy="1476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09BE">
        <w:t>Declaration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6521"/>
      </w:tblGrid>
      <w:tr w:rsidR="00655E86" w:rsidRPr="00A06FF7" w14:paraId="21B7078A" w14:textId="77777777" w:rsidTr="002E3AFF">
        <w:tc>
          <w:tcPr>
            <w:tcW w:w="6521" w:type="dxa"/>
            <w:shd w:val="clear" w:color="auto" w:fill="F0F0F0"/>
          </w:tcPr>
          <w:p w14:paraId="022D0811" w14:textId="06782002" w:rsidR="00655E86" w:rsidRPr="00A06FF7" w:rsidRDefault="00655E86" w:rsidP="00857D25">
            <w:pPr>
              <w:pStyle w:val="Subtitle"/>
            </w:pPr>
            <w:r w:rsidRPr="00A06FF7">
              <w:t>Instructions</w:t>
            </w:r>
          </w:p>
          <w:p w14:paraId="149B37C4" w14:textId="66D968C1" w:rsidR="00655E86" w:rsidRPr="00A06FF7" w:rsidRDefault="008E1FB0">
            <w:pPr>
              <w:spacing w:before="160"/>
              <w:rPr>
                <w:sz w:val="20"/>
                <w:szCs w:val="20"/>
              </w:rPr>
            </w:pPr>
            <w:r w:rsidRPr="008E1FB0">
              <w:rPr>
                <w:sz w:val="20"/>
                <w:szCs w:val="20"/>
              </w:rPr>
              <w:t>Please read the statements below carefully before signing.</w:t>
            </w:r>
          </w:p>
        </w:tc>
      </w:tr>
    </w:tbl>
    <w:p w14:paraId="1613B905" w14:textId="6DB106A1" w:rsidR="00655E86" w:rsidRDefault="00655E86" w:rsidP="00655E86"/>
    <w:p w14:paraId="35E08462" w14:textId="0D0AFB19" w:rsidR="009F0325" w:rsidRPr="00655E86" w:rsidRDefault="009F0325" w:rsidP="00655E86">
      <w:r>
        <w:t>By signing this declaration, I confirm that:</w:t>
      </w:r>
    </w:p>
    <w:permStart w:id="1183330488" w:edGrp="everyone"/>
    <w:p w14:paraId="293A19CE" w14:textId="79AEEA3C" w:rsidR="0071603B" w:rsidRDefault="002C0D44" w:rsidP="0071603B">
      <w:pPr>
        <w:pStyle w:val="ListBullet"/>
        <w:numPr>
          <w:ilvl w:val="0"/>
          <w:numId w:val="0"/>
        </w:numPr>
        <w:spacing w:line="276" w:lineRule="auto"/>
        <w:ind w:left="360" w:hanging="360"/>
        <w:contextualSpacing w:val="0"/>
      </w:pPr>
      <w:sdt>
        <w:sdtPr>
          <w:id w:val="-2045434682"/>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1183330488"/>
      <w:r w:rsidR="0071603B" w:rsidRPr="00850D93">
        <w:t>the information provided in this application is true, accurate and complete to the best of my knowledge. </w:t>
      </w:r>
    </w:p>
    <w:permStart w:id="578309722" w:edGrp="everyone"/>
    <w:p w14:paraId="12A3D555" w14:textId="465D088A" w:rsidR="0071603B" w:rsidRDefault="002C0D44" w:rsidP="0071603B">
      <w:pPr>
        <w:pStyle w:val="ListBullet"/>
        <w:numPr>
          <w:ilvl w:val="0"/>
          <w:numId w:val="0"/>
        </w:numPr>
        <w:spacing w:line="276" w:lineRule="auto"/>
        <w:ind w:left="360" w:hanging="360"/>
        <w:contextualSpacing w:val="0"/>
      </w:pPr>
      <w:sdt>
        <w:sdtPr>
          <w:id w:val="1777975883"/>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578309722"/>
      <w:r w:rsidR="0071603B" w:rsidRPr="0071603B">
        <w:t>the proposed project is laboratory-based research (dry lab and/or wet lab) and is directly relevant to muscular dystrophy and/or related neuromuscular conditions, with muscular dystrophy relevance central and explicit.</w:t>
      </w:r>
    </w:p>
    <w:permStart w:id="190717126" w:edGrp="everyone"/>
    <w:p w14:paraId="168D0FD0" w14:textId="77777777" w:rsidR="000112AD" w:rsidRDefault="002C0D44" w:rsidP="0071603B">
      <w:pPr>
        <w:pStyle w:val="ListBullet"/>
        <w:numPr>
          <w:ilvl w:val="0"/>
          <w:numId w:val="0"/>
        </w:numPr>
        <w:spacing w:line="276" w:lineRule="auto"/>
        <w:ind w:left="360" w:hanging="360"/>
        <w:contextualSpacing w:val="0"/>
      </w:pPr>
      <w:sdt>
        <w:sdtPr>
          <w:id w:val="1685552392"/>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190717126"/>
      <w:r w:rsidR="000112AD" w:rsidRPr="000112AD">
        <w:t>the project will be administered by an Australian university, medical research institute, hospital/LHD, or other eligible research organisation.</w:t>
      </w:r>
    </w:p>
    <w:permStart w:id="1981550992" w:edGrp="everyone"/>
    <w:p w14:paraId="3A01969E" w14:textId="3CAEBCC8" w:rsidR="0071603B" w:rsidRDefault="002C0D44" w:rsidP="0071603B">
      <w:pPr>
        <w:pStyle w:val="ListBullet"/>
        <w:numPr>
          <w:ilvl w:val="0"/>
          <w:numId w:val="0"/>
        </w:numPr>
        <w:spacing w:line="276" w:lineRule="auto"/>
        <w:ind w:left="360" w:hanging="360"/>
        <w:contextualSpacing w:val="0"/>
      </w:pPr>
      <w:sdt>
        <w:sdtPr>
          <w:id w:val="-652447654"/>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1981550992"/>
      <w:r w:rsidR="0071603B" w:rsidRPr="0071603B">
        <w:t>the requested budget is reasonable, directly related to the project, and does not duplicate funding already awarded or requested from another source for the same activities, unless expressly disclosed in this application.</w:t>
      </w:r>
    </w:p>
    <w:permStart w:id="1585790468" w:edGrp="everyone"/>
    <w:p w14:paraId="55DA33F7" w14:textId="79013011" w:rsidR="0071603B" w:rsidRDefault="002C0D44" w:rsidP="0071603B">
      <w:pPr>
        <w:pStyle w:val="ListBullet"/>
        <w:numPr>
          <w:ilvl w:val="0"/>
          <w:numId w:val="0"/>
        </w:numPr>
        <w:spacing w:line="276" w:lineRule="auto"/>
        <w:ind w:left="360" w:hanging="360"/>
        <w:contextualSpacing w:val="0"/>
      </w:pPr>
      <w:sdt>
        <w:sdtPr>
          <w:id w:val="-738785884"/>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1585790468"/>
      <w:r w:rsidR="0071603B" w:rsidRPr="0071603B">
        <w:t>I have disclosed all current and pending support, actual, potential, or perceived conflicts of interest, and any commercial or financial interests relevant to this application.</w:t>
      </w:r>
    </w:p>
    <w:permStart w:id="578310600" w:edGrp="everyone"/>
    <w:p w14:paraId="1BD0757E" w14:textId="5818AD6B" w:rsidR="0071603B" w:rsidRDefault="002C0D44" w:rsidP="0071603B">
      <w:pPr>
        <w:pStyle w:val="ListBullet"/>
        <w:numPr>
          <w:ilvl w:val="0"/>
          <w:numId w:val="0"/>
        </w:numPr>
        <w:spacing w:line="276" w:lineRule="auto"/>
        <w:ind w:left="360" w:hanging="360"/>
        <w:contextualSpacing w:val="0"/>
      </w:pPr>
      <w:sdt>
        <w:sdtPr>
          <w:id w:val="-458334829"/>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578310600"/>
      <w:r w:rsidR="0071603B" w:rsidRPr="0071603B">
        <w:t>I understand that, if funded, the project must comply with all applicable ethics, biosafety, governance, animal welfare, privacy, and institutional requirements before relevant activities commence.</w:t>
      </w:r>
    </w:p>
    <w:permStart w:id="153488067" w:edGrp="everyone"/>
    <w:p w14:paraId="511374CD" w14:textId="53F644F5" w:rsidR="0071603B" w:rsidRDefault="002C0D44" w:rsidP="0071603B">
      <w:pPr>
        <w:pStyle w:val="ListBullet"/>
        <w:numPr>
          <w:ilvl w:val="0"/>
          <w:numId w:val="0"/>
        </w:numPr>
        <w:spacing w:line="276" w:lineRule="auto"/>
        <w:ind w:left="360" w:hanging="360"/>
        <w:contextualSpacing w:val="0"/>
      </w:pPr>
      <w:sdt>
        <w:sdtPr>
          <w:id w:val="1315921509"/>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t xml:space="preserve">   </w:t>
      </w:r>
      <w:permEnd w:id="153488067"/>
      <w:r w:rsidR="0071603B" w:rsidRPr="0071603B">
        <w:t>I agree to comply with MDNSW grant conditions, including reporting, acknowledgement of funding, record keeping and request-for-variation requirements.</w:t>
      </w:r>
    </w:p>
    <w:permStart w:id="604509369" w:edGrp="everyone"/>
    <w:p w14:paraId="7E69D239" w14:textId="33EE6291" w:rsidR="00355CB8" w:rsidRDefault="002C0D44" w:rsidP="005030C1">
      <w:pPr>
        <w:pStyle w:val="ListBullet"/>
        <w:numPr>
          <w:ilvl w:val="0"/>
          <w:numId w:val="0"/>
        </w:numPr>
        <w:spacing w:line="276" w:lineRule="auto"/>
        <w:ind w:left="360" w:hanging="360"/>
        <w:contextualSpacing w:val="0"/>
      </w:pPr>
      <w:sdt>
        <w:sdtPr>
          <w:id w:val="-454556480"/>
          <w14:checkbox>
            <w14:checked w14:val="0"/>
            <w14:checkedState w14:val="2612" w14:font="MS Gothic"/>
            <w14:uncheckedState w14:val="2610" w14:font="MS Gothic"/>
          </w14:checkbox>
        </w:sdtPr>
        <w:sdtEndPr/>
        <w:sdtContent>
          <w:r w:rsidR="0071603B">
            <w:rPr>
              <w:rFonts w:ascii="MS Gothic" w:eastAsia="MS Gothic" w:hAnsi="MS Gothic" w:hint="eastAsia"/>
            </w:rPr>
            <w:t>☐</w:t>
          </w:r>
        </w:sdtContent>
      </w:sdt>
      <w:r w:rsidR="0071603B" w:rsidRPr="0071603B">
        <w:t xml:space="preserve"> </w:t>
      </w:r>
      <w:permEnd w:id="604509369"/>
      <w:r w:rsidR="005030C1">
        <w:tab/>
      </w:r>
      <w:r w:rsidR="0071603B" w:rsidRPr="0071603B">
        <w:t>I understand that MDNSW may seek clarification, verify information provided in this application, and apply conditions to any funding offer.</w:t>
      </w:r>
    </w:p>
    <w:tbl>
      <w:tblPr>
        <w:tblStyle w:val="TableGrid"/>
        <w:tblW w:w="9786" w:type="dxa"/>
        <w:tblInd w:w="-5" w:type="dxa"/>
        <w:tblBorders>
          <w:top w:val="none" w:sz="0" w:space="0" w:color="auto"/>
          <w:left w:val="none" w:sz="0" w:space="0" w:color="auto"/>
          <w:bottom w:val="single" w:sz="4" w:space="0" w:color="FFFFFF" w:themeColor="background1"/>
          <w:right w:val="none" w:sz="0" w:space="0" w:color="auto"/>
          <w:insideH w:val="none" w:sz="0" w:space="0" w:color="auto"/>
          <w:insideV w:val="none" w:sz="0" w:space="0" w:color="auto"/>
        </w:tblBorders>
        <w:tblLook w:val="04A0" w:firstRow="1" w:lastRow="0" w:firstColumn="1" w:lastColumn="0" w:noHBand="0" w:noVBand="1"/>
      </w:tblPr>
      <w:tblGrid>
        <w:gridCol w:w="4114"/>
        <w:gridCol w:w="284"/>
        <w:gridCol w:w="1841"/>
        <w:gridCol w:w="284"/>
        <w:gridCol w:w="283"/>
        <w:gridCol w:w="2980"/>
      </w:tblGrid>
      <w:tr w:rsidR="00606C9D" w14:paraId="6E6B55F6" w14:textId="77777777">
        <w:tc>
          <w:tcPr>
            <w:tcW w:w="4116" w:type="dxa"/>
            <w:tcBorders>
              <w:bottom w:val="single" w:sz="4" w:space="0" w:color="auto"/>
            </w:tcBorders>
          </w:tcPr>
          <w:p w14:paraId="7A200A90" w14:textId="47D9599D" w:rsidR="00606C9D" w:rsidRDefault="00606C9D">
            <w:pPr>
              <w:pStyle w:val="ListBullet"/>
              <w:numPr>
                <w:ilvl w:val="0"/>
                <w:numId w:val="0"/>
              </w:numPr>
            </w:pPr>
            <w:r>
              <w:t>Applicant name:</w:t>
            </w:r>
          </w:p>
          <w:p w14:paraId="3A4241AE" w14:textId="657D10FC" w:rsidR="00606C9D" w:rsidRDefault="00E605A2">
            <w:pPr>
              <w:pStyle w:val="ListBullet"/>
              <w:numPr>
                <w:ilvl w:val="0"/>
                <w:numId w:val="0"/>
              </w:numPr>
            </w:pPr>
            <w:permStart w:id="911218460" w:edGrp="everyone"/>
            <w:r w:rsidRPr="003F6DB4">
              <w:tab/>
            </w:r>
            <w:r>
              <w:tab/>
            </w:r>
            <w:permEnd w:id="911218460"/>
          </w:p>
        </w:tc>
        <w:tc>
          <w:tcPr>
            <w:tcW w:w="284" w:type="dxa"/>
          </w:tcPr>
          <w:p w14:paraId="1ADE845C" w14:textId="10FC6A9E" w:rsidR="00606C9D" w:rsidRDefault="00606C9D">
            <w:pPr>
              <w:pStyle w:val="ListBullet"/>
              <w:numPr>
                <w:ilvl w:val="0"/>
                <w:numId w:val="0"/>
              </w:numPr>
            </w:pPr>
          </w:p>
        </w:tc>
        <w:tc>
          <w:tcPr>
            <w:tcW w:w="2121" w:type="dxa"/>
            <w:gridSpan w:val="2"/>
            <w:tcBorders>
              <w:bottom w:val="single" w:sz="4" w:space="0" w:color="auto"/>
            </w:tcBorders>
          </w:tcPr>
          <w:p w14:paraId="3E461A64" w14:textId="152270D1" w:rsidR="00606C9D" w:rsidRDefault="00606C9D">
            <w:pPr>
              <w:pStyle w:val="ListBullet"/>
              <w:numPr>
                <w:ilvl w:val="0"/>
                <w:numId w:val="0"/>
              </w:numPr>
            </w:pPr>
            <w:r>
              <w:t>Position/Title:</w:t>
            </w:r>
          </w:p>
          <w:p w14:paraId="226F4672" w14:textId="6FCE8C4C" w:rsidR="00606C9D" w:rsidRDefault="00E605A2">
            <w:pPr>
              <w:pStyle w:val="ListBullet"/>
              <w:numPr>
                <w:ilvl w:val="0"/>
                <w:numId w:val="0"/>
              </w:numPr>
            </w:pPr>
            <w:permStart w:id="963982046" w:edGrp="everyone"/>
            <w:r w:rsidRPr="003F6DB4">
              <w:tab/>
            </w:r>
            <w:r>
              <w:tab/>
            </w:r>
            <w:permEnd w:id="963982046"/>
          </w:p>
        </w:tc>
        <w:tc>
          <w:tcPr>
            <w:tcW w:w="283" w:type="dxa"/>
          </w:tcPr>
          <w:p w14:paraId="21EE4E45" w14:textId="77777777" w:rsidR="00606C9D" w:rsidRDefault="00606C9D">
            <w:pPr>
              <w:pStyle w:val="ListBullet"/>
              <w:numPr>
                <w:ilvl w:val="0"/>
                <w:numId w:val="0"/>
              </w:numPr>
            </w:pPr>
          </w:p>
        </w:tc>
        <w:tc>
          <w:tcPr>
            <w:tcW w:w="2982" w:type="dxa"/>
            <w:tcBorders>
              <w:bottom w:val="single" w:sz="4" w:space="0" w:color="auto"/>
            </w:tcBorders>
          </w:tcPr>
          <w:p w14:paraId="265107C7" w14:textId="1025506D" w:rsidR="00606C9D" w:rsidRDefault="00606C9D">
            <w:pPr>
              <w:pStyle w:val="ListBullet"/>
              <w:numPr>
                <w:ilvl w:val="0"/>
                <w:numId w:val="0"/>
              </w:numPr>
            </w:pPr>
            <w:r>
              <w:t>Institution:</w:t>
            </w:r>
          </w:p>
          <w:p w14:paraId="0DA42D52" w14:textId="55D01974" w:rsidR="00606C9D" w:rsidRDefault="00E605A2">
            <w:pPr>
              <w:pStyle w:val="ListBullet"/>
              <w:numPr>
                <w:ilvl w:val="0"/>
                <w:numId w:val="0"/>
              </w:numPr>
              <w:spacing w:after="0"/>
            </w:pPr>
            <w:permStart w:id="1226990056" w:edGrp="everyone"/>
            <w:r w:rsidRPr="003F6DB4">
              <w:tab/>
            </w:r>
            <w:r>
              <w:tab/>
            </w:r>
            <w:permEnd w:id="1226990056"/>
          </w:p>
        </w:tc>
      </w:tr>
      <w:tr w:rsidR="00DF7428" w14:paraId="38F4525E" w14:textId="77777777">
        <w:tblPrEx>
          <w:tblBorders>
            <w:bottom w:val="none" w:sz="0" w:space="0" w:color="auto"/>
          </w:tblBorders>
        </w:tblPrEx>
        <w:tc>
          <w:tcPr>
            <w:tcW w:w="6242" w:type="dxa"/>
            <w:gridSpan w:val="3"/>
            <w:tcBorders>
              <w:bottom w:val="single" w:sz="4" w:space="0" w:color="auto"/>
            </w:tcBorders>
          </w:tcPr>
          <w:p w14:paraId="38EDFAEE" w14:textId="77777777" w:rsidR="00DF7428" w:rsidRDefault="00DF7428">
            <w:pPr>
              <w:pStyle w:val="ListBullet"/>
              <w:numPr>
                <w:ilvl w:val="0"/>
                <w:numId w:val="0"/>
              </w:numPr>
            </w:pPr>
          </w:p>
          <w:p w14:paraId="5F888739" w14:textId="1008B3FF" w:rsidR="00DF7428" w:rsidRDefault="00DF7428">
            <w:pPr>
              <w:pStyle w:val="ListBullet"/>
              <w:numPr>
                <w:ilvl w:val="0"/>
                <w:numId w:val="0"/>
              </w:numPr>
            </w:pPr>
            <w:r>
              <w:t>Signature:</w:t>
            </w:r>
          </w:p>
          <w:p w14:paraId="13B87312" w14:textId="5B2A1A56" w:rsidR="00DF7428" w:rsidRDefault="00E605A2">
            <w:pPr>
              <w:pStyle w:val="ListBullet"/>
              <w:numPr>
                <w:ilvl w:val="0"/>
                <w:numId w:val="0"/>
              </w:numPr>
            </w:pPr>
            <w:permStart w:id="1390285309" w:edGrp="everyone"/>
            <w:r w:rsidRPr="003F6DB4">
              <w:tab/>
            </w:r>
            <w:r>
              <w:tab/>
            </w:r>
            <w:permEnd w:id="1390285309"/>
          </w:p>
        </w:tc>
        <w:tc>
          <w:tcPr>
            <w:tcW w:w="284" w:type="dxa"/>
          </w:tcPr>
          <w:p w14:paraId="26233974" w14:textId="77777777" w:rsidR="00DF7428" w:rsidRDefault="00DF7428">
            <w:pPr>
              <w:pStyle w:val="ListBullet"/>
              <w:numPr>
                <w:ilvl w:val="0"/>
                <w:numId w:val="0"/>
              </w:numPr>
            </w:pPr>
          </w:p>
          <w:p w14:paraId="305FEEA8" w14:textId="77777777" w:rsidR="00DF7428" w:rsidRDefault="00DF7428">
            <w:pPr>
              <w:pStyle w:val="ListBullet"/>
              <w:numPr>
                <w:ilvl w:val="0"/>
                <w:numId w:val="0"/>
              </w:numPr>
            </w:pPr>
          </w:p>
        </w:tc>
        <w:tc>
          <w:tcPr>
            <w:tcW w:w="3260" w:type="dxa"/>
            <w:gridSpan w:val="2"/>
            <w:tcBorders>
              <w:bottom w:val="single" w:sz="4" w:space="0" w:color="auto"/>
            </w:tcBorders>
          </w:tcPr>
          <w:p w14:paraId="17547553" w14:textId="77777777" w:rsidR="00DF7428" w:rsidRDefault="00DF7428">
            <w:pPr>
              <w:pStyle w:val="ListBullet"/>
              <w:numPr>
                <w:ilvl w:val="0"/>
                <w:numId w:val="0"/>
              </w:numPr>
            </w:pPr>
          </w:p>
          <w:p w14:paraId="6B5382DD" w14:textId="1CC04645" w:rsidR="00DF7428" w:rsidRDefault="00DF7428">
            <w:pPr>
              <w:pStyle w:val="ListBullet"/>
              <w:numPr>
                <w:ilvl w:val="0"/>
                <w:numId w:val="0"/>
              </w:numPr>
            </w:pPr>
            <w:r>
              <w:t>Date:</w:t>
            </w:r>
          </w:p>
          <w:p w14:paraId="7DD03E56" w14:textId="77777777" w:rsidR="00DF7428" w:rsidRPr="00092D4D" w:rsidRDefault="00DF7428">
            <w:pPr>
              <w:pStyle w:val="ListBullet"/>
              <w:numPr>
                <w:ilvl w:val="0"/>
                <w:numId w:val="0"/>
              </w:numPr>
              <w:spacing w:after="0"/>
              <w:rPr>
                <w:i/>
                <w:iCs/>
                <w:color w:val="8A8A8A"/>
              </w:rPr>
            </w:pPr>
            <w:permStart w:id="1484224832" w:edGrp="everyone"/>
            <w:r w:rsidRPr="00092D4D">
              <w:rPr>
                <w:i/>
                <w:iCs/>
                <w:color w:val="8A8A8A"/>
              </w:rPr>
              <w:t>dd/mm/</w:t>
            </w:r>
            <w:proofErr w:type="spellStart"/>
            <w:r w:rsidRPr="00092D4D">
              <w:rPr>
                <w:i/>
                <w:iCs/>
                <w:color w:val="8A8A8A"/>
              </w:rPr>
              <w:t>yyyy</w:t>
            </w:r>
            <w:permEnd w:id="1484224832"/>
            <w:proofErr w:type="spellEnd"/>
          </w:p>
        </w:tc>
      </w:tr>
    </w:tbl>
    <w:p w14:paraId="07AE41BF" w14:textId="0F01D782" w:rsidR="00DD09BE" w:rsidRDefault="00D70973" w:rsidP="00D86E6C">
      <w:pPr>
        <w:spacing w:before="480"/>
      </w:pPr>
      <w:r>
        <w:rPr>
          <w:noProof/>
        </w:rPr>
        <mc:AlternateContent>
          <mc:Choice Requires="wps">
            <w:drawing>
              <wp:anchor distT="45720" distB="45720" distL="114300" distR="114300" simplePos="0" relativeHeight="251658240" behindDoc="0" locked="0" layoutInCell="1" allowOverlap="1" wp14:anchorId="54CADAFD" wp14:editId="5E49F878">
                <wp:simplePos x="0" y="0"/>
                <wp:positionH relativeFrom="margin">
                  <wp:align>right</wp:align>
                </wp:positionH>
                <wp:positionV relativeFrom="paragraph">
                  <wp:posOffset>313847</wp:posOffset>
                </wp:positionV>
                <wp:extent cx="6186170" cy="973455"/>
                <wp:effectExtent l="0" t="0" r="5080" b="0"/>
                <wp:wrapNone/>
                <wp:docPr id="2055452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973455"/>
                        </a:xfrm>
                        <a:prstGeom prst="roundRect">
                          <a:avLst>
                            <a:gd name="adj" fmla="val 8816"/>
                          </a:avLst>
                        </a:prstGeom>
                        <a:solidFill>
                          <a:srgbClr val="E21A23"/>
                        </a:solidFill>
                        <a:ln w="9525" cap="rnd">
                          <a:noFill/>
                          <a:round/>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3132"/>
                              <w:gridCol w:w="567"/>
                              <w:gridCol w:w="2410"/>
                              <w:gridCol w:w="590"/>
                              <w:gridCol w:w="2092"/>
                            </w:tblGrid>
                            <w:tr w:rsidR="00705CAE" w:rsidRPr="0063212E" w14:paraId="3D491B03" w14:textId="77777777" w:rsidTr="00BA6D64">
                              <w:tc>
                                <w:tcPr>
                                  <w:tcW w:w="9340" w:type="dxa"/>
                                  <w:gridSpan w:val="6"/>
                                </w:tcPr>
                                <w:p w14:paraId="6B7687EA" w14:textId="77777777" w:rsidR="00705CAE" w:rsidRPr="0063212E" w:rsidRDefault="00705CAE" w:rsidP="00CB01E1">
                                  <w:pPr>
                                    <w:pStyle w:val="Heading2"/>
                                    <w:numPr>
                                      <w:ilvl w:val="0"/>
                                      <w:numId w:val="0"/>
                                    </w:numPr>
                                    <w:spacing w:beforeLines="80" w:before="192" w:after="80" w:line="240" w:lineRule="auto"/>
                                    <w:rPr>
                                      <w:color w:val="FFFFFF" w:themeColor="background1"/>
                                    </w:rPr>
                                  </w:pPr>
                                  <w:r w:rsidRPr="0063212E">
                                    <w:rPr>
                                      <w:color w:val="FFFFFF" w:themeColor="background1"/>
                                    </w:rPr>
                                    <w:t>Have enquiries about the program?</w:t>
                                  </w:r>
                                  <w:r>
                                    <w:rPr>
                                      <w:color w:val="FFFFFF" w:themeColor="background1"/>
                                    </w:rPr>
                                    <w:t xml:space="preserve"> </w:t>
                                  </w:r>
                                  <w:r w:rsidRPr="0063212E">
                                    <w:rPr>
                                      <w:color w:val="FFFFFF" w:themeColor="background1"/>
                                    </w:rPr>
                                    <w:t>Contact us.</w:t>
                                  </w:r>
                                </w:p>
                              </w:tc>
                            </w:tr>
                            <w:tr w:rsidR="00705CAE" w:rsidRPr="0063212E" w14:paraId="7BBE1938" w14:textId="77777777" w:rsidTr="00BA6D64">
                              <w:tc>
                                <w:tcPr>
                                  <w:tcW w:w="549" w:type="dxa"/>
                                </w:tcPr>
                                <w:p w14:paraId="389E176F" w14:textId="77777777" w:rsidR="00705CAE" w:rsidRPr="0063212E" w:rsidRDefault="00705CAE" w:rsidP="00CB01E1">
                                  <w:pPr>
                                    <w:pStyle w:val="Heading2"/>
                                    <w:numPr>
                                      <w:ilvl w:val="0"/>
                                      <w:numId w:val="0"/>
                                    </w:numPr>
                                    <w:spacing w:beforeLines="80" w:before="192" w:after="80" w:line="240" w:lineRule="auto"/>
                                    <w:rPr>
                                      <w:color w:val="FFFFFF" w:themeColor="background1"/>
                                    </w:rPr>
                                  </w:pPr>
                                  <w:r w:rsidRPr="0063212E">
                                    <w:rPr>
                                      <w:noProof/>
                                      <w:color w:val="FFFFFF" w:themeColor="background1"/>
                                    </w:rPr>
                                    <w:drawing>
                                      <wp:inline distT="0" distB="0" distL="0" distR="0" wp14:anchorId="701D5B5C" wp14:editId="3146CD16">
                                        <wp:extent cx="205105" cy="205105"/>
                                        <wp:effectExtent l="0" t="0" r="4445" b="4445"/>
                                        <wp:docPr id="19720110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tc>
                              <w:tc>
                                <w:tcPr>
                                  <w:tcW w:w="3132" w:type="dxa"/>
                                </w:tcPr>
                                <w:p w14:paraId="23F5D2E5" w14:textId="77777777" w:rsidR="00705CAE" w:rsidRPr="0063212E" w:rsidRDefault="00705CAE" w:rsidP="00CB01E1">
                                  <w:pPr>
                                    <w:spacing w:beforeLines="80" w:before="192" w:after="80" w:line="240" w:lineRule="auto"/>
                                    <w:rPr>
                                      <w:color w:val="FFFFFF" w:themeColor="background1"/>
                                    </w:rPr>
                                  </w:pPr>
                                  <w:hyperlink r:id="rId22" w:history="1">
                                    <w:r w:rsidRPr="001135B6">
                                      <w:rPr>
                                        <w:rStyle w:val="Hyperlink"/>
                                        <w:color w:val="FFFFFF" w:themeColor="background1"/>
                                      </w:rPr>
                                      <w:t>info@mdnsw.org.au</w:t>
                                    </w:r>
                                  </w:hyperlink>
                                </w:p>
                              </w:tc>
                              <w:tc>
                                <w:tcPr>
                                  <w:tcW w:w="567" w:type="dxa"/>
                                </w:tcPr>
                                <w:p w14:paraId="28A85F4E" w14:textId="77777777" w:rsidR="00705CAE" w:rsidRDefault="00705CAE" w:rsidP="00CB01E1">
                                  <w:pPr>
                                    <w:spacing w:beforeLines="80" w:before="192" w:after="80" w:line="240" w:lineRule="auto"/>
                                  </w:pPr>
                                  <w:r w:rsidRPr="0063212E">
                                    <w:rPr>
                                      <w:noProof/>
                                      <w:color w:val="FFFFFF" w:themeColor="background1"/>
                                    </w:rPr>
                                    <w:drawing>
                                      <wp:inline distT="0" distB="0" distL="0" distR="0" wp14:anchorId="043697CB" wp14:editId="3D69EF35">
                                        <wp:extent cx="205105" cy="205105"/>
                                        <wp:effectExtent l="0" t="0" r="4445" b="4445"/>
                                        <wp:docPr id="1427413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tc>
                              <w:tc>
                                <w:tcPr>
                                  <w:tcW w:w="2410" w:type="dxa"/>
                                </w:tcPr>
                                <w:p w14:paraId="5E5CEB15" w14:textId="77777777" w:rsidR="00705CAE" w:rsidRDefault="00705CAE" w:rsidP="00CB01E1">
                                  <w:pPr>
                                    <w:spacing w:beforeLines="80" w:before="192" w:after="80" w:line="240" w:lineRule="auto"/>
                                  </w:pPr>
                                  <w:r w:rsidRPr="0063212E">
                                    <w:rPr>
                                      <w:color w:val="FFFFFF" w:themeColor="background1"/>
                                    </w:rPr>
                                    <w:t>02 9888 5711</w:t>
                                  </w:r>
                                </w:p>
                              </w:tc>
                              <w:tc>
                                <w:tcPr>
                                  <w:tcW w:w="590" w:type="dxa"/>
                                </w:tcPr>
                                <w:p w14:paraId="2DB363DD" w14:textId="77777777" w:rsidR="00705CAE" w:rsidRDefault="00705CAE" w:rsidP="00CB01E1">
                                  <w:pPr>
                                    <w:spacing w:beforeLines="80" w:before="192" w:after="80" w:line="240" w:lineRule="auto"/>
                                  </w:pPr>
                                  <w:r>
                                    <w:rPr>
                                      <w:noProof/>
                                      <w:color w:val="FFFFFF" w:themeColor="background1"/>
                                    </w:rPr>
                                    <w:drawing>
                                      <wp:inline distT="0" distB="0" distL="0" distR="0" wp14:anchorId="240AA164" wp14:editId="46DE4AB3">
                                        <wp:extent cx="201930" cy="201930"/>
                                        <wp:effectExtent l="0" t="0" r="7620" b="7620"/>
                                        <wp:docPr id="954064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
                              </w:tc>
                              <w:tc>
                                <w:tcPr>
                                  <w:tcW w:w="2092" w:type="dxa"/>
                                </w:tcPr>
                                <w:p w14:paraId="560AE9F4" w14:textId="77777777" w:rsidR="00705CAE" w:rsidRDefault="00705CAE" w:rsidP="00CB01E1">
                                  <w:pPr>
                                    <w:spacing w:beforeLines="80" w:before="192" w:after="80" w:line="240" w:lineRule="auto"/>
                                  </w:pPr>
                                  <w:hyperlink r:id="rId25" w:history="1">
                                    <w:r w:rsidRPr="0063212E">
                                      <w:rPr>
                                        <w:rStyle w:val="Hyperlink"/>
                                        <w:color w:val="FFFFFF" w:themeColor="background1"/>
                                      </w:rPr>
                                      <w:t>www.mdnsw.org.au</w:t>
                                    </w:r>
                                  </w:hyperlink>
                                </w:p>
                              </w:tc>
                            </w:tr>
                          </w:tbl>
                          <w:p w14:paraId="46DA628B" w14:textId="77777777" w:rsidR="00705CAE" w:rsidRPr="0063212E" w:rsidRDefault="00705CAE" w:rsidP="00705CAE">
                            <w:pPr>
                              <w:spacing w:beforeLines="80" w:before="192" w:after="80" w:line="240" w:lineRule="auto"/>
                              <w:rPr>
                                <w:color w:val="FFFFFF" w:themeColor="background1"/>
                              </w:rPr>
                            </w:pPr>
                          </w:p>
                        </w:txbxContent>
                      </wps:txbx>
                      <wps:bodyPr rot="0" vert="horz" wrap="square" lIns="72000" tIns="72000" rIns="72000" bIns="720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4CADAFD" id="Text Box 2" o:spid="_x0000_s1026" style="position:absolute;margin-left:435.9pt;margin-top:24.7pt;width:487.1pt;height:76.6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5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" fillcolor="#e21a23" stroked="f">
                <v:stroke endcap="round"/>
                <v:textbox inset="2mm,2mm,2mm,2mm">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3132"/>
                        <w:gridCol w:w="567"/>
                        <w:gridCol w:w="2410"/>
                        <w:gridCol w:w="590"/>
                        <w:gridCol w:w="2092"/>
                      </w:tblGrid>
                      <w:tr w:rsidR="00705CAE" w:rsidRPr="0063212E" w14:paraId="3D491B03" w14:textId="77777777" w:rsidTr="00BA6D64">
                        <w:tc>
                          <w:tcPr>
                            <w:tcW w:w="9340" w:type="dxa"/>
                            <w:gridSpan w:val="6"/>
                          </w:tcPr>
                          <w:p w14:paraId="6B7687EA" w14:textId="77777777" w:rsidR="00705CAE" w:rsidRPr="0063212E" w:rsidRDefault="00705CAE" w:rsidP="00CB01E1">
                            <w:pPr>
                              <w:pStyle w:val="Heading2"/>
                              <w:numPr>
                                <w:ilvl w:val="0"/>
                                <w:numId w:val="0"/>
                              </w:numPr>
                              <w:spacing w:beforeLines="80" w:before="192" w:after="80" w:line="240" w:lineRule="auto"/>
                              <w:rPr>
                                <w:color w:val="FFFFFF" w:themeColor="background1"/>
                              </w:rPr>
                            </w:pPr>
                            <w:r w:rsidRPr="0063212E">
                              <w:rPr>
                                <w:color w:val="FFFFFF" w:themeColor="background1"/>
                              </w:rPr>
                              <w:t>Have enquiries about the program?</w:t>
                            </w:r>
                            <w:r>
                              <w:rPr>
                                <w:color w:val="FFFFFF" w:themeColor="background1"/>
                              </w:rPr>
                              <w:t xml:space="preserve"> </w:t>
                            </w:r>
                            <w:r w:rsidRPr="0063212E">
                              <w:rPr>
                                <w:color w:val="FFFFFF" w:themeColor="background1"/>
                              </w:rPr>
                              <w:t>Contact us.</w:t>
                            </w:r>
                          </w:p>
                        </w:tc>
                      </w:tr>
                      <w:tr w:rsidR="00705CAE" w:rsidRPr="0063212E" w14:paraId="7BBE1938" w14:textId="77777777" w:rsidTr="00BA6D64">
                        <w:tc>
                          <w:tcPr>
                            <w:tcW w:w="549" w:type="dxa"/>
                          </w:tcPr>
                          <w:p w14:paraId="389E176F" w14:textId="77777777" w:rsidR="00705CAE" w:rsidRPr="0063212E" w:rsidRDefault="00705CAE" w:rsidP="00CB01E1">
                            <w:pPr>
                              <w:pStyle w:val="Heading2"/>
                              <w:numPr>
                                <w:ilvl w:val="0"/>
                                <w:numId w:val="0"/>
                              </w:numPr>
                              <w:spacing w:beforeLines="80" w:before="192" w:after="80" w:line="240" w:lineRule="auto"/>
                              <w:rPr>
                                <w:color w:val="FFFFFF" w:themeColor="background1"/>
                              </w:rPr>
                            </w:pPr>
                            <w:r w:rsidRPr="0063212E">
                              <w:rPr>
                                <w:noProof/>
                                <w:color w:val="FFFFFF" w:themeColor="background1"/>
                              </w:rPr>
                              <w:drawing>
                                <wp:inline distT="0" distB="0" distL="0" distR="0" wp14:anchorId="701D5B5C" wp14:editId="3146CD16">
                                  <wp:extent cx="205105" cy="205105"/>
                                  <wp:effectExtent l="0" t="0" r="4445" b="4445"/>
                                  <wp:docPr id="19720110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tc>
                        <w:tc>
                          <w:tcPr>
                            <w:tcW w:w="3132" w:type="dxa"/>
                          </w:tcPr>
                          <w:p w14:paraId="23F5D2E5" w14:textId="77777777" w:rsidR="00705CAE" w:rsidRPr="0063212E" w:rsidRDefault="00705CAE" w:rsidP="00CB01E1">
                            <w:pPr>
                              <w:spacing w:beforeLines="80" w:before="192" w:after="80" w:line="240" w:lineRule="auto"/>
                              <w:rPr>
                                <w:color w:val="FFFFFF" w:themeColor="background1"/>
                              </w:rPr>
                            </w:pPr>
                            <w:hyperlink r:id="rId26" w:history="1">
                              <w:r w:rsidRPr="001135B6">
                                <w:rPr>
                                  <w:rStyle w:val="Hyperlink"/>
                                  <w:color w:val="FFFFFF" w:themeColor="background1"/>
                                </w:rPr>
                                <w:t>info@mdnsw.org.au</w:t>
                              </w:r>
                            </w:hyperlink>
                          </w:p>
                        </w:tc>
                        <w:tc>
                          <w:tcPr>
                            <w:tcW w:w="567" w:type="dxa"/>
                          </w:tcPr>
                          <w:p w14:paraId="28A85F4E" w14:textId="77777777" w:rsidR="00705CAE" w:rsidRDefault="00705CAE" w:rsidP="00CB01E1">
                            <w:pPr>
                              <w:spacing w:beforeLines="80" w:before="192" w:after="80" w:line="240" w:lineRule="auto"/>
                            </w:pPr>
                            <w:r w:rsidRPr="0063212E">
                              <w:rPr>
                                <w:noProof/>
                                <w:color w:val="FFFFFF" w:themeColor="background1"/>
                              </w:rPr>
                              <w:drawing>
                                <wp:inline distT="0" distB="0" distL="0" distR="0" wp14:anchorId="043697CB" wp14:editId="3D69EF35">
                                  <wp:extent cx="205105" cy="205105"/>
                                  <wp:effectExtent l="0" t="0" r="4445" b="4445"/>
                                  <wp:docPr id="1427413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tc>
                        <w:tc>
                          <w:tcPr>
                            <w:tcW w:w="2410" w:type="dxa"/>
                          </w:tcPr>
                          <w:p w14:paraId="5E5CEB15" w14:textId="77777777" w:rsidR="00705CAE" w:rsidRDefault="00705CAE" w:rsidP="00CB01E1">
                            <w:pPr>
                              <w:spacing w:beforeLines="80" w:before="192" w:after="80" w:line="240" w:lineRule="auto"/>
                            </w:pPr>
                            <w:r w:rsidRPr="0063212E">
                              <w:rPr>
                                <w:color w:val="FFFFFF" w:themeColor="background1"/>
                              </w:rPr>
                              <w:t>02 9888 5711</w:t>
                            </w:r>
                          </w:p>
                        </w:tc>
                        <w:tc>
                          <w:tcPr>
                            <w:tcW w:w="590" w:type="dxa"/>
                          </w:tcPr>
                          <w:p w14:paraId="2DB363DD" w14:textId="77777777" w:rsidR="00705CAE" w:rsidRDefault="00705CAE" w:rsidP="00CB01E1">
                            <w:pPr>
                              <w:spacing w:beforeLines="80" w:before="192" w:after="80" w:line="240" w:lineRule="auto"/>
                            </w:pPr>
                            <w:r>
                              <w:rPr>
                                <w:noProof/>
                                <w:color w:val="FFFFFF" w:themeColor="background1"/>
                              </w:rPr>
                              <w:drawing>
                                <wp:inline distT="0" distB="0" distL="0" distR="0" wp14:anchorId="240AA164" wp14:editId="46DE4AB3">
                                  <wp:extent cx="201930" cy="201930"/>
                                  <wp:effectExtent l="0" t="0" r="7620" b="7620"/>
                                  <wp:docPr id="954064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
                        </w:tc>
                        <w:tc>
                          <w:tcPr>
                            <w:tcW w:w="2092" w:type="dxa"/>
                          </w:tcPr>
                          <w:p w14:paraId="560AE9F4" w14:textId="77777777" w:rsidR="00705CAE" w:rsidRDefault="00705CAE" w:rsidP="00CB01E1">
                            <w:pPr>
                              <w:spacing w:beforeLines="80" w:before="192" w:after="80" w:line="240" w:lineRule="auto"/>
                            </w:pPr>
                            <w:hyperlink r:id="rId27" w:history="1">
                              <w:r w:rsidRPr="0063212E">
                                <w:rPr>
                                  <w:rStyle w:val="Hyperlink"/>
                                  <w:color w:val="FFFFFF" w:themeColor="background1"/>
                                </w:rPr>
                                <w:t>www.mdnsw.org.au</w:t>
                              </w:r>
                            </w:hyperlink>
                          </w:p>
                        </w:tc>
                      </w:tr>
                    </w:tbl>
                    <w:p w14:paraId="46DA628B" w14:textId="77777777" w:rsidR="00705CAE" w:rsidRPr="0063212E" w:rsidRDefault="00705CAE" w:rsidP="00705CAE">
                      <w:pPr>
                        <w:spacing w:beforeLines="80" w:before="192" w:after="80" w:line="240" w:lineRule="auto"/>
                        <w:rPr>
                          <w:color w:val="FFFFFF" w:themeColor="background1"/>
                        </w:rPr>
                      </w:pPr>
                    </w:p>
                  </w:txbxContent>
                </v:textbox>
                <w10:wrap anchorx="margin"/>
              </v:roundrect>
            </w:pict>
          </mc:Fallback>
        </mc:AlternateContent>
      </w:r>
    </w:p>
    <w:p w14:paraId="075EE966" w14:textId="77777777" w:rsidR="00705CAE" w:rsidRDefault="00705CAE" w:rsidP="00836C7C"/>
    <w:sectPr w:rsidR="00705CAE" w:rsidSect="009052F1">
      <w:headerReference w:type="default" r:id="rId28"/>
      <w:footerReference w:type="default" r:id="rId29"/>
      <w:type w:val="continuous"/>
      <w:pgSz w:w="11907" w:h="16840" w:code="9"/>
      <w:pgMar w:top="1440" w:right="1077" w:bottom="1440" w:left="1077"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EE16" w14:textId="77777777" w:rsidR="002C0D44" w:rsidRDefault="002C0D44" w:rsidP="00836C7C">
      <w:r>
        <w:separator/>
      </w:r>
    </w:p>
  </w:endnote>
  <w:endnote w:type="continuationSeparator" w:id="0">
    <w:p w14:paraId="6E4ABB2E" w14:textId="77777777" w:rsidR="002C0D44" w:rsidRDefault="002C0D44" w:rsidP="0083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C521" w14:textId="77777777" w:rsidR="00C53C3F" w:rsidRDefault="00C53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88E4" w14:textId="2A6A1646" w:rsidR="008E217D" w:rsidRPr="00D803BC" w:rsidRDefault="000326B3" w:rsidP="00D803BC">
    <w:pPr>
      <w:pStyle w:val="Header"/>
      <w:ind w:left="-103"/>
      <w:rPr>
        <w:color w:val="FFFFFF" w:themeColor="background1"/>
      </w:rPr>
    </w:pPr>
    <w:r w:rsidRPr="006706ED">
      <w:rPr>
        <w:noProof/>
        <w:color w:val="FFFFFF" w:themeColor="background1"/>
        <w14:ligatures w14:val="none"/>
      </w:rPr>
      <w:drawing>
        <wp:anchor distT="0" distB="0" distL="114300" distR="114300" simplePos="0" relativeHeight="251658241" behindDoc="1" locked="0" layoutInCell="1" allowOverlap="1" wp14:anchorId="491D9F7A" wp14:editId="107BF951">
          <wp:simplePos x="0" y="0"/>
          <wp:positionH relativeFrom="page">
            <wp:posOffset>-436728</wp:posOffset>
          </wp:positionH>
          <wp:positionV relativeFrom="paragraph">
            <wp:posOffset>-394259</wp:posOffset>
          </wp:positionV>
          <wp:extent cx="8392956" cy="914987"/>
          <wp:effectExtent l="0" t="0" r="0" b="0"/>
          <wp:wrapNone/>
          <wp:docPr id="2139281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382" cy="9200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6ED">
      <w:rPr>
        <w:color w:val="FFFFFF" w:themeColor="background1"/>
      </w:rPr>
      <w:t xml:space="preserve">MDNSW Innovator Grants Program 2026 – </w:t>
    </w:r>
    <w:r w:rsidR="00473207">
      <w:rPr>
        <w:color w:val="FFFFFF" w:themeColor="background1"/>
      </w:rPr>
      <w:t>Full Application</w:t>
    </w:r>
    <w:r w:rsidR="00FE4F07">
      <w:rPr>
        <w:color w:val="FFFFFF" w:themeColor="background1"/>
      </w:rPr>
      <w:t xml:space="preserve"> Form</w:t>
    </w:r>
    <w:r w:rsidRPr="006706ED">
      <w:rPr>
        <w:color w:val="FFFFFF" w:themeColor="background1"/>
      </w:rPr>
      <w:t xml:space="preserve">                                      </w:t>
    </w:r>
    <w:r w:rsidR="00F6712F">
      <w:rPr>
        <w:color w:val="FFFFFF" w:themeColor="background1"/>
      </w:rPr>
      <w:tab/>
      <w:t xml:space="preserve">  </w:t>
    </w:r>
    <w:r w:rsidRPr="006706ED">
      <w:rPr>
        <w:color w:val="FFFFFF" w:themeColor="background1"/>
      </w:rPr>
      <w:t xml:space="preserve"> Page </w:t>
    </w:r>
    <w:r w:rsidRPr="006706ED">
      <w:rPr>
        <w:color w:val="FFFFFF" w:themeColor="background1"/>
      </w:rPr>
      <w:fldChar w:fldCharType="begin"/>
    </w:r>
    <w:r w:rsidRPr="006706ED">
      <w:rPr>
        <w:color w:val="FFFFFF" w:themeColor="background1"/>
      </w:rPr>
      <w:instrText xml:space="preserve"> PAGE  \* Arabic  \* MERGEFORMAT </w:instrText>
    </w:r>
    <w:r w:rsidRPr="006706ED">
      <w:rPr>
        <w:color w:val="FFFFFF" w:themeColor="background1"/>
      </w:rPr>
      <w:fldChar w:fldCharType="separate"/>
    </w:r>
    <w:r>
      <w:rPr>
        <w:color w:val="FFFFFF" w:themeColor="background1"/>
      </w:rPr>
      <w:t>2</w:t>
    </w:r>
    <w:r w:rsidRPr="006706ED">
      <w:rPr>
        <w:color w:val="FFFFFF" w:themeColor="background1"/>
      </w:rPr>
      <w:fldChar w:fldCharType="end"/>
    </w:r>
    <w:r w:rsidRPr="006706ED">
      <w:rPr>
        <w:color w:val="FFFFFF" w:themeColor="background1"/>
      </w:rPr>
      <w:t xml:space="preserve"> of </w:t>
    </w:r>
    <w:r w:rsidRPr="006706ED">
      <w:rPr>
        <w:color w:val="FFFFFF" w:themeColor="background1"/>
      </w:rPr>
      <w:fldChar w:fldCharType="begin"/>
    </w:r>
    <w:r w:rsidRPr="006706ED">
      <w:rPr>
        <w:color w:val="FFFFFF" w:themeColor="background1"/>
      </w:rPr>
      <w:instrText xml:space="preserve"> NUMPAGES  \* Arabic  \* MERGEFORMAT </w:instrText>
    </w:r>
    <w:r w:rsidRPr="006706ED">
      <w:rPr>
        <w:color w:val="FFFFFF" w:themeColor="background1"/>
      </w:rPr>
      <w:fldChar w:fldCharType="separate"/>
    </w:r>
    <w:r>
      <w:rPr>
        <w:color w:val="FFFFFF" w:themeColor="background1"/>
      </w:rPr>
      <w:t>7</w:t>
    </w:r>
    <w:r w:rsidRPr="006706ED">
      <w:rPr>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8CDC5" w14:textId="77777777" w:rsidR="00C53C3F" w:rsidRDefault="00C53C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DA5A" w14:textId="5150C3D9" w:rsidR="00FC60BB" w:rsidRPr="006706ED" w:rsidRDefault="006706ED" w:rsidP="006706ED">
    <w:pPr>
      <w:pStyle w:val="Header"/>
      <w:ind w:left="-103"/>
      <w:rPr>
        <w:color w:val="FFFFFF" w:themeColor="background1"/>
      </w:rPr>
    </w:pPr>
    <w:r w:rsidRPr="006706ED">
      <w:rPr>
        <w:noProof/>
        <w:color w:val="FFFFFF" w:themeColor="background1"/>
        <w14:ligatures w14:val="none"/>
      </w:rPr>
      <w:drawing>
        <wp:anchor distT="0" distB="0" distL="114300" distR="114300" simplePos="0" relativeHeight="251658240" behindDoc="1" locked="0" layoutInCell="1" allowOverlap="1" wp14:anchorId="304CC097" wp14:editId="2D07617F">
          <wp:simplePos x="0" y="0"/>
          <wp:positionH relativeFrom="page">
            <wp:posOffset>-436728</wp:posOffset>
          </wp:positionH>
          <wp:positionV relativeFrom="paragraph">
            <wp:posOffset>-394259</wp:posOffset>
          </wp:positionV>
          <wp:extent cx="8392956" cy="914987"/>
          <wp:effectExtent l="0" t="0" r="0" b="0"/>
          <wp:wrapNone/>
          <wp:docPr id="1236865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382" cy="9200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6ED">
      <w:rPr>
        <w:color w:val="FFFFFF" w:themeColor="background1"/>
      </w:rPr>
      <w:t xml:space="preserve">MDNSW Innovator Grants Program 2026 – </w:t>
    </w:r>
    <w:r w:rsidR="00F96D8D">
      <w:rPr>
        <w:color w:val="FFFFFF" w:themeColor="background1"/>
      </w:rPr>
      <w:t>Full Application</w:t>
    </w:r>
    <w:r w:rsidR="00D47C4D">
      <w:rPr>
        <w:color w:val="FFFFFF" w:themeColor="background1"/>
      </w:rPr>
      <w:t xml:space="preserve"> Form</w:t>
    </w:r>
    <w:r w:rsidR="00E17744" w:rsidRPr="006706ED">
      <w:rPr>
        <w:color w:val="FFFFFF" w:themeColor="background1"/>
      </w:rPr>
      <w:t xml:space="preserve">                                       </w:t>
    </w:r>
    <w:r w:rsidR="00F96D8D">
      <w:rPr>
        <w:color w:val="FFFFFF" w:themeColor="background1"/>
      </w:rPr>
      <w:t xml:space="preserve">                       </w:t>
    </w:r>
    <w:r w:rsidR="00E17744" w:rsidRPr="006706ED">
      <w:rPr>
        <w:color w:val="FFFFFF" w:themeColor="background1"/>
      </w:rPr>
      <w:t xml:space="preserve"> Page </w:t>
    </w:r>
    <w:r w:rsidR="00E17744" w:rsidRPr="006706ED">
      <w:rPr>
        <w:color w:val="FFFFFF" w:themeColor="background1"/>
      </w:rPr>
      <w:fldChar w:fldCharType="begin"/>
    </w:r>
    <w:r w:rsidR="00E17744" w:rsidRPr="006706ED">
      <w:rPr>
        <w:color w:val="FFFFFF" w:themeColor="background1"/>
      </w:rPr>
      <w:instrText xml:space="preserve"> PAGE  \* Arabic  \* MERGEFORMAT </w:instrText>
    </w:r>
    <w:r w:rsidR="00E17744" w:rsidRPr="006706ED">
      <w:rPr>
        <w:color w:val="FFFFFF" w:themeColor="background1"/>
      </w:rPr>
      <w:fldChar w:fldCharType="separate"/>
    </w:r>
    <w:r w:rsidR="00E17744" w:rsidRPr="006706ED">
      <w:rPr>
        <w:color w:val="FFFFFF" w:themeColor="background1"/>
      </w:rPr>
      <w:t>3</w:t>
    </w:r>
    <w:r w:rsidR="00E17744" w:rsidRPr="006706ED">
      <w:rPr>
        <w:color w:val="FFFFFF" w:themeColor="background1"/>
      </w:rPr>
      <w:fldChar w:fldCharType="end"/>
    </w:r>
    <w:r w:rsidR="00E17744" w:rsidRPr="006706ED">
      <w:rPr>
        <w:color w:val="FFFFFF" w:themeColor="background1"/>
      </w:rPr>
      <w:t xml:space="preserve"> of </w:t>
    </w:r>
    <w:r w:rsidR="00E17744" w:rsidRPr="006706ED">
      <w:rPr>
        <w:color w:val="FFFFFF" w:themeColor="background1"/>
      </w:rPr>
      <w:fldChar w:fldCharType="begin"/>
    </w:r>
    <w:r w:rsidR="00E17744" w:rsidRPr="006706ED">
      <w:rPr>
        <w:color w:val="FFFFFF" w:themeColor="background1"/>
      </w:rPr>
      <w:instrText xml:space="preserve"> NUMPAGES  \* Arabic  \* MERGEFORMAT </w:instrText>
    </w:r>
    <w:r w:rsidR="00E17744" w:rsidRPr="006706ED">
      <w:rPr>
        <w:color w:val="FFFFFF" w:themeColor="background1"/>
      </w:rPr>
      <w:fldChar w:fldCharType="separate"/>
    </w:r>
    <w:r w:rsidR="00E17744" w:rsidRPr="006706ED">
      <w:rPr>
        <w:color w:val="FFFFFF" w:themeColor="background1"/>
      </w:rPr>
      <w:t>7</w:t>
    </w:r>
    <w:r w:rsidR="00E17744" w:rsidRPr="006706ED">
      <w:rPr>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45BC" w14:textId="77777777" w:rsidR="002C0D44" w:rsidRDefault="002C0D44" w:rsidP="00836C7C">
      <w:r>
        <w:separator/>
      </w:r>
    </w:p>
  </w:footnote>
  <w:footnote w:type="continuationSeparator" w:id="0">
    <w:p w14:paraId="58DCBA12" w14:textId="77777777" w:rsidR="002C0D44" w:rsidRDefault="002C0D44" w:rsidP="0083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AFEE" w14:textId="77777777" w:rsidR="00C53C3F" w:rsidRDefault="00C53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D2DF" w14:textId="2201C669" w:rsidR="008E217D" w:rsidRDefault="00650A67" w:rsidP="00650A67">
    <w:pPr>
      <w:pStyle w:val="Header"/>
      <w:tabs>
        <w:tab w:val="clear" w:pos="4680"/>
        <w:tab w:val="clear" w:pos="9360"/>
        <w:tab w:val="left" w:pos="7254"/>
      </w:tabs>
      <w:jc w:val="right"/>
    </w:pPr>
    <w:r>
      <w:rPr>
        <w:noProof/>
      </w:rPr>
      <w:drawing>
        <wp:inline distT="0" distB="0" distL="0" distR="0" wp14:anchorId="1100010E" wp14:editId="483523CB">
          <wp:extent cx="2038829" cy="291600"/>
          <wp:effectExtent l="0" t="0" r="0" b="0"/>
          <wp:docPr id="16438593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829" cy="291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C165" w14:textId="77777777" w:rsidR="00C53C3F" w:rsidRDefault="00C53C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E5F3" w14:textId="13D2ABAD" w:rsidR="002917F9" w:rsidRDefault="001D3AA6" w:rsidP="00BD33E0">
    <w:pPr>
      <w:pStyle w:val="Header"/>
      <w:jc w:val="right"/>
    </w:pPr>
    <w:r>
      <w:rPr>
        <w:noProof/>
      </w:rPr>
      <w:drawing>
        <wp:inline distT="0" distB="0" distL="0" distR="0" wp14:anchorId="1410B536" wp14:editId="60049648">
          <wp:extent cx="2038829" cy="291600"/>
          <wp:effectExtent l="0" t="0" r="0" b="0"/>
          <wp:docPr id="12948942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829" cy="291600"/>
                  </a:xfrm>
                  <a:prstGeom prst="rect">
                    <a:avLst/>
                  </a:prstGeom>
                  <a:noFill/>
                  <a:ln>
                    <a:noFill/>
                  </a:ln>
                </pic:spPr>
              </pic:pic>
            </a:graphicData>
          </a:graphic>
        </wp:inline>
      </w:drawing>
    </w:r>
  </w:p>
  <w:p w14:paraId="5AA7C7C0" w14:textId="505E1A68" w:rsidR="00FC60BB" w:rsidRDefault="00FC60BB" w:rsidP="00836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A198ACB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8333D59"/>
    <w:multiLevelType w:val="hybridMultilevel"/>
    <w:tmpl w:val="633208F8"/>
    <w:lvl w:ilvl="0" w:tplc="7B3076A6">
      <w:start w:val="1"/>
      <w:numFmt w:val="bullet"/>
      <w:lvlText w:val=""/>
      <w:lvlJc w:val="left"/>
      <w:pPr>
        <w:ind w:left="1080" w:hanging="360"/>
      </w:pPr>
      <w:rPr>
        <w:rFonts w:ascii="Symbol" w:hAnsi="Symbol"/>
      </w:rPr>
    </w:lvl>
    <w:lvl w:ilvl="1" w:tplc="5E3819AC">
      <w:start w:val="1"/>
      <w:numFmt w:val="bullet"/>
      <w:lvlText w:val=""/>
      <w:lvlJc w:val="left"/>
      <w:pPr>
        <w:ind w:left="1080" w:hanging="360"/>
      </w:pPr>
      <w:rPr>
        <w:rFonts w:ascii="Symbol" w:hAnsi="Symbol"/>
      </w:rPr>
    </w:lvl>
    <w:lvl w:ilvl="2" w:tplc="5C62AEBC">
      <w:start w:val="1"/>
      <w:numFmt w:val="bullet"/>
      <w:lvlText w:val=""/>
      <w:lvlJc w:val="left"/>
      <w:pPr>
        <w:ind w:left="1080" w:hanging="360"/>
      </w:pPr>
      <w:rPr>
        <w:rFonts w:ascii="Symbol" w:hAnsi="Symbol"/>
      </w:rPr>
    </w:lvl>
    <w:lvl w:ilvl="3" w:tplc="D8E6A30E">
      <w:start w:val="1"/>
      <w:numFmt w:val="bullet"/>
      <w:lvlText w:val=""/>
      <w:lvlJc w:val="left"/>
      <w:pPr>
        <w:ind w:left="1080" w:hanging="360"/>
      </w:pPr>
      <w:rPr>
        <w:rFonts w:ascii="Symbol" w:hAnsi="Symbol"/>
      </w:rPr>
    </w:lvl>
    <w:lvl w:ilvl="4" w:tplc="BDC6C75E">
      <w:start w:val="1"/>
      <w:numFmt w:val="bullet"/>
      <w:lvlText w:val=""/>
      <w:lvlJc w:val="left"/>
      <w:pPr>
        <w:ind w:left="1080" w:hanging="360"/>
      </w:pPr>
      <w:rPr>
        <w:rFonts w:ascii="Symbol" w:hAnsi="Symbol"/>
      </w:rPr>
    </w:lvl>
    <w:lvl w:ilvl="5" w:tplc="FAE2639C">
      <w:start w:val="1"/>
      <w:numFmt w:val="bullet"/>
      <w:lvlText w:val=""/>
      <w:lvlJc w:val="left"/>
      <w:pPr>
        <w:ind w:left="1080" w:hanging="360"/>
      </w:pPr>
      <w:rPr>
        <w:rFonts w:ascii="Symbol" w:hAnsi="Symbol"/>
      </w:rPr>
    </w:lvl>
    <w:lvl w:ilvl="6" w:tplc="AE42A2F2">
      <w:start w:val="1"/>
      <w:numFmt w:val="bullet"/>
      <w:lvlText w:val=""/>
      <w:lvlJc w:val="left"/>
      <w:pPr>
        <w:ind w:left="1080" w:hanging="360"/>
      </w:pPr>
      <w:rPr>
        <w:rFonts w:ascii="Symbol" w:hAnsi="Symbol"/>
      </w:rPr>
    </w:lvl>
    <w:lvl w:ilvl="7" w:tplc="A5589298">
      <w:start w:val="1"/>
      <w:numFmt w:val="bullet"/>
      <w:lvlText w:val=""/>
      <w:lvlJc w:val="left"/>
      <w:pPr>
        <w:ind w:left="1080" w:hanging="360"/>
      </w:pPr>
      <w:rPr>
        <w:rFonts w:ascii="Symbol" w:hAnsi="Symbol"/>
      </w:rPr>
    </w:lvl>
    <w:lvl w:ilvl="8" w:tplc="73AE6BC0">
      <w:start w:val="1"/>
      <w:numFmt w:val="bullet"/>
      <w:lvlText w:val=""/>
      <w:lvlJc w:val="left"/>
      <w:pPr>
        <w:ind w:left="1080" w:hanging="360"/>
      </w:pPr>
      <w:rPr>
        <w:rFonts w:ascii="Symbol" w:hAnsi="Symbol"/>
      </w:rPr>
    </w:lvl>
  </w:abstractNum>
  <w:abstractNum w:abstractNumId="7" w15:restartNumberingAfterBreak="0">
    <w:nsid w:val="0FBE2415"/>
    <w:multiLevelType w:val="hybridMultilevel"/>
    <w:tmpl w:val="EF6CC212"/>
    <w:lvl w:ilvl="0" w:tplc="CF104BB4">
      <w:start w:val="1"/>
      <w:numFmt w:val="bullet"/>
      <w:lvlText w:val=""/>
      <w:lvlJc w:val="left"/>
      <w:pPr>
        <w:ind w:left="1080" w:hanging="360"/>
      </w:pPr>
      <w:rPr>
        <w:rFonts w:ascii="Symbol" w:hAnsi="Symbol"/>
      </w:rPr>
    </w:lvl>
    <w:lvl w:ilvl="1" w:tplc="A3A0B196">
      <w:start w:val="1"/>
      <w:numFmt w:val="bullet"/>
      <w:lvlText w:val=""/>
      <w:lvlJc w:val="left"/>
      <w:pPr>
        <w:ind w:left="1080" w:hanging="360"/>
      </w:pPr>
      <w:rPr>
        <w:rFonts w:ascii="Symbol" w:hAnsi="Symbol"/>
      </w:rPr>
    </w:lvl>
    <w:lvl w:ilvl="2" w:tplc="6C847138">
      <w:start w:val="1"/>
      <w:numFmt w:val="bullet"/>
      <w:lvlText w:val=""/>
      <w:lvlJc w:val="left"/>
      <w:pPr>
        <w:ind w:left="1080" w:hanging="360"/>
      </w:pPr>
      <w:rPr>
        <w:rFonts w:ascii="Symbol" w:hAnsi="Symbol"/>
      </w:rPr>
    </w:lvl>
    <w:lvl w:ilvl="3" w:tplc="15F22E22">
      <w:start w:val="1"/>
      <w:numFmt w:val="bullet"/>
      <w:lvlText w:val=""/>
      <w:lvlJc w:val="left"/>
      <w:pPr>
        <w:ind w:left="1080" w:hanging="360"/>
      </w:pPr>
      <w:rPr>
        <w:rFonts w:ascii="Symbol" w:hAnsi="Symbol"/>
      </w:rPr>
    </w:lvl>
    <w:lvl w:ilvl="4" w:tplc="142EA1D2">
      <w:start w:val="1"/>
      <w:numFmt w:val="bullet"/>
      <w:lvlText w:val=""/>
      <w:lvlJc w:val="left"/>
      <w:pPr>
        <w:ind w:left="1080" w:hanging="360"/>
      </w:pPr>
      <w:rPr>
        <w:rFonts w:ascii="Symbol" w:hAnsi="Symbol"/>
      </w:rPr>
    </w:lvl>
    <w:lvl w:ilvl="5" w:tplc="727ED09E">
      <w:start w:val="1"/>
      <w:numFmt w:val="bullet"/>
      <w:lvlText w:val=""/>
      <w:lvlJc w:val="left"/>
      <w:pPr>
        <w:ind w:left="1080" w:hanging="360"/>
      </w:pPr>
      <w:rPr>
        <w:rFonts w:ascii="Symbol" w:hAnsi="Symbol"/>
      </w:rPr>
    </w:lvl>
    <w:lvl w:ilvl="6" w:tplc="EB06DA94">
      <w:start w:val="1"/>
      <w:numFmt w:val="bullet"/>
      <w:lvlText w:val=""/>
      <w:lvlJc w:val="left"/>
      <w:pPr>
        <w:ind w:left="1080" w:hanging="360"/>
      </w:pPr>
      <w:rPr>
        <w:rFonts w:ascii="Symbol" w:hAnsi="Symbol"/>
      </w:rPr>
    </w:lvl>
    <w:lvl w:ilvl="7" w:tplc="F334A3D6">
      <w:start w:val="1"/>
      <w:numFmt w:val="bullet"/>
      <w:lvlText w:val=""/>
      <w:lvlJc w:val="left"/>
      <w:pPr>
        <w:ind w:left="1080" w:hanging="360"/>
      </w:pPr>
      <w:rPr>
        <w:rFonts w:ascii="Symbol" w:hAnsi="Symbol"/>
      </w:rPr>
    </w:lvl>
    <w:lvl w:ilvl="8" w:tplc="F8206CE0">
      <w:start w:val="1"/>
      <w:numFmt w:val="bullet"/>
      <w:lvlText w:val=""/>
      <w:lvlJc w:val="left"/>
      <w:pPr>
        <w:ind w:left="1080" w:hanging="360"/>
      </w:pPr>
      <w:rPr>
        <w:rFonts w:ascii="Symbol" w:hAnsi="Symbol"/>
      </w:rPr>
    </w:lvl>
  </w:abstractNum>
  <w:abstractNum w:abstractNumId="8" w15:restartNumberingAfterBreak="0">
    <w:nsid w:val="25D23468"/>
    <w:multiLevelType w:val="hybridMultilevel"/>
    <w:tmpl w:val="90BE52DE"/>
    <w:lvl w:ilvl="0" w:tplc="6BD2C532">
      <w:start w:val="1"/>
      <w:numFmt w:val="bullet"/>
      <w:lvlText w:val=""/>
      <w:lvlJc w:val="left"/>
      <w:pPr>
        <w:ind w:left="1080" w:hanging="360"/>
      </w:pPr>
      <w:rPr>
        <w:rFonts w:ascii="Symbol" w:hAnsi="Symbol"/>
      </w:rPr>
    </w:lvl>
    <w:lvl w:ilvl="1" w:tplc="9444A1CC">
      <w:start w:val="1"/>
      <w:numFmt w:val="bullet"/>
      <w:lvlText w:val=""/>
      <w:lvlJc w:val="left"/>
      <w:pPr>
        <w:ind w:left="1080" w:hanging="360"/>
      </w:pPr>
      <w:rPr>
        <w:rFonts w:ascii="Symbol" w:hAnsi="Symbol"/>
      </w:rPr>
    </w:lvl>
    <w:lvl w:ilvl="2" w:tplc="824E61F0">
      <w:start w:val="1"/>
      <w:numFmt w:val="bullet"/>
      <w:lvlText w:val=""/>
      <w:lvlJc w:val="left"/>
      <w:pPr>
        <w:ind w:left="1080" w:hanging="360"/>
      </w:pPr>
      <w:rPr>
        <w:rFonts w:ascii="Symbol" w:hAnsi="Symbol"/>
      </w:rPr>
    </w:lvl>
    <w:lvl w:ilvl="3" w:tplc="A25C54C8">
      <w:start w:val="1"/>
      <w:numFmt w:val="bullet"/>
      <w:lvlText w:val=""/>
      <w:lvlJc w:val="left"/>
      <w:pPr>
        <w:ind w:left="1080" w:hanging="360"/>
      </w:pPr>
      <w:rPr>
        <w:rFonts w:ascii="Symbol" w:hAnsi="Symbol"/>
      </w:rPr>
    </w:lvl>
    <w:lvl w:ilvl="4" w:tplc="FF366C9A">
      <w:start w:val="1"/>
      <w:numFmt w:val="bullet"/>
      <w:lvlText w:val=""/>
      <w:lvlJc w:val="left"/>
      <w:pPr>
        <w:ind w:left="1080" w:hanging="360"/>
      </w:pPr>
      <w:rPr>
        <w:rFonts w:ascii="Symbol" w:hAnsi="Symbol"/>
      </w:rPr>
    </w:lvl>
    <w:lvl w:ilvl="5" w:tplc="B4E8A75A">
      <w:start w:val="1"/>
      <w:numFmt w:val="bullet"/>
      <w:lvlText w:val=""/>
      <w:lvlJc w:val="left"/>
      <w:pPr>
        <w:ind w:left="1080" w:hanging="360"/>
      </w:pPr>
      <w:rPr>
        <w:rFonts w:ascii="Symbol" w:hAnsi="Symbol"/>
      </w:rPr>
    </w:lvl>
    <w:lvl w:ilvl="6" w:tplc="CD245C0C">
      <w:start w:val="1"/>
      <w:numFmt w:val="bullet"/>
      <w:lvlText w:val=""/>
      <w:lvlJc w:val="left"/>
      <w:pPr>
        <w:ind w:left="1080" w:hanging="360"/>
      </w:pPr>
      <w:rPr>
        <w:rFonts w:ascii="Symbol" w:hAnsi="Symbol"/>
      </w:rPr>
    </w:lvl>
    <w:lvl w:ilvl="7" w:tplc="B080A6C8">
      <w:start w:val="1"/>
      <w:numFmt w:val="bullet"/>
      <w:lvlText w:val=""/>
      <w:lvlJc w:val="left"/>
      <w:pPr>
        <w:ind w:left="1080" w:hanging="360"/>
      </w:pPr>
      <w:rPr>
        <w:rFonts w:ascii="Symbol" w:hAnsi="Symbol"/>
      </w:rPr>
    </w:lvl>
    <w:lvl w:ilvl="8" w:tplc="EA207950">
      <w:start w:val="1"/>
      <w:numFmt w:val="bullet"/>
      <w:lvlText w:val=""/>
      <w:lvlJc w:val="left"/>
      <w:pPr>
        <w:ind w:left="1080" w:hanging="360"/>
      </w:pPr>
      <w:rPr>
        <w:rFonts w:ascii="Symbol" w:hAnsi="Symbol"/>
      </w:rPr>
    </w:lvl>
  </w:abstractNum>
  <w:abstractNum w:abstractNumId="9" w15:restartNumberingAfterBreak="0">
    <w:nsid w:val="2F447359"/>
    <w:multiLevelType w:val="hybridMultilevel"/>
    <w:tmpl w:val="A54CE0F2"/>
    <w:lvl w:ilvl="0" w:tplc="6254BC2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2DC668A"/>
    <w:multiLevelType w:val="multilevel"/>
    <w:tmpl w:val="63F8B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3F3BBC"/>
    <w:multiLevelType w:val="multilevel"/>
    <w:tmpl w:val="747659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5D084F"/>
    <w:multiLevelType w:val="hybridMultilevel"/>
    <w:tmpl w:val="9CE22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4A26DE"/>
    <w:multiLevelType w:val="hybridMultilevel"/>
    <w:tmpl w:val="7CB4809E"/>
    <w:lvl w:ilvl="0" w:tplc="9E2A5590">
      <w:start w:val="1"/>
      <w:numFmt w:val="bullet"/>
      <w:lvlText w:val=""/>
      <w:lvlJc w:val="left"/>
      <w:pPr>
        <w:ind w:left="1080" w:hanging="360"/>
      </w:pPr>
      <w:rPr>
        <w:rFonts w:ascii="Symbol" w:hAnsi="Symbol"/>
      </w:rPr>
    </w:lvl>
    <w:lvl w:ilvl="1" w:tplc="F8E29DC0">
      <w:start w:val="1"/>
      <w:numFmt w:val="bullet"/>
      <w:lvlText w:val=""/>
      <w:lvlJc w:val="left"/>
      <w:pPr>
        <w:ind w:left="1080" w:hanging="360"/>
      </w:pPr>
      <w:rPr>
        <w:rFonts w:ascii="Symbol" w:hAnsi="Symbol"/>
      </w:rPr>
    </w:lvl>
    <w:lvl w:ilvl="2" w:tplc="61FA4252">
      <w:start w:val="1"/>
      <w:numFmt w:val="bullet"/>
      <w:lvlText w:val=""/>
      <w:lvlJc w:val="left"/>
      <w:pPr>
        <w:ind w:left="1080" w:hanging="360"/>
      </w:pPr>
      <w:rPr>
        <w:rFonts w:ascii="Symbol" w:hAnsi="Symbol"/>
      </w:rPr>
    </w:lvl>
    <w:lvl w:ilvl="3" w:tplc="A104BD60">
      <w:start w:val="1"/>
      <w:numFmt w:val="bullet"/>
      <w:lvlText w:val=""/>
      <w:lvlJc w:val="left"/>
      <w:pPr>
        <w:ind w:left="1080" w:hanging="360"/>
      </w:pPr>
      <w:rPr>
        <w:rFonts w:ascii="Symbol" w:hAnsi="Symbol"/>
      </w:rPr>
    </w:lvl>
    <w:lvl w:ilvl="4" w:tplc="7E9A71E8">
      <w:start w:val="1"/>
      <w:numFmt w:val="bullet"/>
      <w:lvlText w:val=""/>
      <w:lvlJc w:val="left"/>
      <w:pPr>
        <w:ind w:left="1080" w:hanging="360"/>
      </w:pPr>
      <w:rPr>
        <w:rFonts w:ascii="Symbol" w:hAnsi="Symbol"/>
      </w:rPr>
    </w:lvl>
    <w:lvl w:ilvl="5" w:tplc="4F52839C">
      <w:start w:val="1"/>
      <w:numFmt w:val="bullet"/>
      <w:lvlText w:val=""/>
      <w:lvlJc w:val="left"/>
      <w:pPr>
        <w:ind w:left="1080" w:hanging="360"/>
      </w:pPr>
      <w:rPr>
        <w:rFonts w:ascii="Symbol" w:hAnsi="Symbol"/>
      </w:rPr>
    </w:lvl>
    <w:lvl w:ilvl="6" w:tplc="6D9C6E8A">
      <w:start w:val="1"/>
      <w:numFmt w:val="bullet"/>
      <w:lvlText w:val=""/>
      <w:lvlJc w:val="left"/>
      <w:pPr>
        <w:ind w:left="1080" w:hanging="360"/>
      </w:pPr>
      <w:rPr>
        <w:rFonts w:ascii="Symbol" w:hAnsi="Symbol"/>
      </w:rPr>
    </w:lvl>
    <w:lvl w:ilvl="7" w:tplc="1AEAFD1C">
      <w:start w:val="1"/>
      <w:numFmt w:val="bullet"/>
      <w:lvlText w:val=""/>
      <w:lvlJc w:val="left"/>
      <w:pPr>
        <w:ind w:left="1080" w:hanging="360"/>
      </w:pPr>
      <w:rPr>
        <w:rFonts w:ascii="Symbol" w:hAnsi="Symbol"/>
      </w:rPr>
    </w:lvl>
    <w:lvl w:ilvl="8" w:tplc="A3322B12">
      <w:start w:val="1"/>
      <w:numFmt w:val="bullet"/>
      <w:lvlText w:val=""/>
      <w:lvlJc w:val="left"/>
      <w:pPr>
        <w:ind w:left="1080" w:hanging="360"/>
      </w:pPr>
      <w:rPr>
        <w:rFonts w:ascii="Symbol" w:hAnsi="Symbol"/>
      </w:rPr>
    </w:lvl>
  </w:abstractNum>
  <w:abstractNum w:abstractNumId="14" w15:restartNumberingAfterBreak="0">
    <w:nsid w:val="514A5641"/>
    <w:multiLevelType w:val="multilevel"/>
    <w:tmpl w:val="76CCCB4E"/>
    <w:lvl w:ilvl="0">
      <w:start w:val="1"/>
      <w:numFmt w:val="decimal"/>
      <w:pStyle w:val="Heading2"/>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DE362D"/>
    <w:multiLevelType w:val="multilevel"/>
    <w:tmpl w:val="40148B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7148B3"/>
    <w:multiLevelType w:val="hybridMultilevel"/>
    <w:tmpl w:val="0C9AD7A2"/>
    <w:lvl w:ilvl="0" w:tplc="30465AC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3712078"/>
    <w:multiLevelType w:val="multilevel"/>
    <w:tmpl w:val="40148B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9E7B37"/>
    <w:multiLevelType w:val="hybridMultilevel"/>
    <w:tmpl w:val="70445A5E"/>
    <w:lvl w:ilvl="0" w:tplc="62EA294A">
      <w:start w:val="1"/>
      <w:numFmt w:val="bullet"/>
      <w:lvlText w:val=""/>
      <w:lvlJc w:val="left"/>
      <w:pPr>
        <w:ind w:left="1080" w:hanging="360"/>
      </w:pPr>
      <w:rPr>
        <w:rFonts w:ascii="Symbol" w:hAnsi="Symbol"/>
      </w:rPr>
    </w:lvl>
    <w:lvl w:ilvl="1" w:tplc="3E9AFEB4">
      <w:start w:val="1"/>
      <w:numFmt w:val="bullet"/>
      <w:lvlText w:val=""/>
      <w:lvlJc w:val="left"/>
      <w:pPr>
        <w:ind w:left="1080" w:hanging="360"/>
      </w:pPr>
      <w:rPr>
        <w:rFonts w:ascii="Symbol" w:hAnsi="Symbol"/>
      </w:rPr>
    </w:lvl>
    <w:lvl w:ilvl="2" w:tplc="E52C4876">
      <w:start w:val="1"/>
      <w:numFmt w:val="bullet"/>
      <w:lvlText w:val=""/>
      <w:lvlJc w:val="left"/>
      <w:pPr>
        <w:ind w:left="1080" w:hanging="360"/>
      </w:pPr>
      <w:rPr>
        <w:rFonts w:ascii="Symbol" w:hAnsi="Symbol"/>
      </w:rPr>
    </w:lvl>
    <w:lvl w:ilvl="3" w:tplc="5884121C">
      <w:start w:val="1"/>
      <w:numFmt w:val="bullet"/>
      <w:lvlText w:val=""/>
      <w:lvlJc w:val="left"/>
      <w:pPr>
        <w:ind w:left="1080" w:hanging="360"/>
      </w:pPr>
      <w:rPr>
        <w:rFonts w:ascii="Symbol" w:hAnsi="Symbol"/>
      </w:rPr>
    </w:lvl>
    <w:lvl w:ilvl="4" w:tplc="FA7AC3CE">
      <w:start w:val="1"/>
      <w:numFmt w:val="bullet"/>
      <w:lvlText w:val=""/>
      <w:lvlJc w:val="left"/>
      <w:pPr>
        <w:ind w:left="1080" w:hanging="360"/>
      </w:pPr>
      <w:rPr>
        <w:rFonts w:ascii="Symbol" w:hAnsi="Symbol"/>
      </w:rPr>
    </w:lvl>
    <w:lvl w:ilvl="5" w:tplc="3684C8F4">
      <w:start w:val="1"/>
      <w:numFmt w:val="bullet"/>
      <w:lvlText w:val=""/>
      <w:lvlJc w:val="left"/>
      <w:pPr>
        <w:ind w:left="1080" w:hanging="360"/>
      </w:pPr>
      <w:rPr>
        <w:rFonts w:ascii="Symbol" w:hAnsi="Symbol"/>
      </w:rPr>
    </w:lvl>
    <w:lvl w:ilvl="6" w:tplc="CEBE0DEC">
      <w:start w:val="1"/>
      <w:numFmt w:val="bullet"/>
      <w:lvlText w:val=""/>
      <w:lvlJc w:val="left"/>
      <w:pPr>
        <w:ind w:left="1080" w:hanging="360"/>
      </w:pPr>
      <w:rPr>
        <w:rFonts w:ascii="Symbol" w:hAnsi="Symbol"/>
      </w:rPr>
    </w:lvl>
    <w:lvl w:ilvl="7" w:tplc="6066C83C">
      <w:start w:val="1"/>
      <w:numFmt w:val="bullet"/>
      <w:lvlText w:val=""/>
      <w:lvlJc w:val="left"/>
      <w:pPr>
        <w:ind w:left="1080" w:hanging="360"/>
      </w:pPr>
      <w:rPr>
        <w:rFonts w:ascii="Symbol" w:hAnsi="Symbol"/>
      </w:rPr>
    </w:lvl>
    <w:lvl w:ilvl="8" w:tplc="1DA0E8F6">
      <w:start w:val="1"/>
      <w:numFmt w:val="bullet"/>
      <w:lvlText w:val=""/>
      <w:lvlJc w:val="left"/>
      <w:pPr>
        <w:ind w:left="1080" w:hanging="360"/>
      </w:pPr>
      <w:rPr>
        <w:rFonts w:ascii="Symbol" w:hAnsi="Symbol"/>
      </w:rPr>
    </w:lvl>
  </w:abstractNum>
  <w:abstractNum w:abstractNumId="19" w15:restartNumberingAfterBreak="0">
    <w:nsid w:val="6A65700A"/>
    <w:multiLevelType w:val="hybridMultilevel"/>
    <w:tmpl w:val="46F811A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C8E59EB"/>
    <w:multiLevelType w:val="multilevel"/>
    <w:tmpl w:val="40148B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A4767D"/>
    <w:multiLevelType w:val="hybridMultilevel"/>
    <w:tmpl w:val="D3ECB29E"/>
    <w:lvl w:ilvl="0" w:tplc="FBB6186A">
      <w:start w:val="1"/>
      <w:numFmt w:val="bullet"/>
      <w:lvlText w:val=""/>
      <w:lvlJc w:val="left"/>
      <w:pPr>
        <w:ind w:left="1080" w:hanging="360"/>
      </w:pPr>
      <w:rPr>
        <w:rFonts w:ascii="Symbol" w:hAnsi="Symbol"/>
      </w:rPr>
    </w:lvl>
    <w:lvl w:ilvl="1" w:tplc="F07A2DBE">
      <w:start w:val="1"/>
      <w:numFmt w:val="bullet"/>
      <w:lvlText w:val=""/>
      <w:lvlJc w:val="left"/>
      <w:pPr>
        <w:ind w:left="1080" w:hanging="360"/>
      </w:pPr>
      <w:rPr>
        <w:rFonts w:ascii="Symbol" w:hAnsi="Symbol"/>
      </w:rPr>
    </w:lvl>
    <w:lvl w:ilvl="2" w:tplc="4E3A6C68">
      <w:start w:val="1"/>
      <w:numFmt w:val="bullet"/>
      <w:lvlText w:val=""/>
      <w:lvlJc w:val="left"/>
      <w:pPr>
        <w:ind w:left="1080" w:hanging="360"/>
      </w:pPr>
      <w:rPr>
        <w:rFonts w:ascii="Symbol" w:hAnsi="Symbol"/>
      </w:rPr>
    </w:lvl>
    <w:lvl w:ilvl="3" w:tplc="638099AC">
      <w:start w:val="1"/>
      <w:numFmt w:val="bullet"/>
      <w:lvlText w:val=""/>
      <w:lvlJc w:val="left"/>
      <w:pPr>
        <w:ind w:left="1080" w:hanging="360"/>
      </w:pPr>
      <w:rPr>
        <w:rFonts w:ascii="Symbol" w:hAnsi="Symbol"/>
      </w:rPr>
    </w:lvl>
    <w:lvl w:ilvl="4" w:tplc="EF2062B6">
      <w:start w:val="1"/>
      <w:numFmt w:val="bullet"/>
      <w:lvlText w:val=""/>
      <w:lvlJc w:val="left"/>
      <w:pPr>
        <w:ind w:left="1080" w:hanging="360"/>
      </w:pPr>
      <w:rPr>
        <w:rFonts w:ascii="Symbol" w:hAnsi="Symbol"/>
      </w:rPr>
    </w:lvl>
    <w:lvl w:ilvl="5" w:tplc="427A9F14">
      <w:start w:val="1"/>
      <w:numFmt w:val="bullet"/>
      <w:lvlText w:val=""/>
      <w:lvlJc w:val="left"/>
      <w:pPr>
        <w:ind w:left="1080" w:hanging="360"/>
      </w:pPr>
      <w:rPr>
        <w:rFonts w:ascii="Symbol" w:hAnsi="Symbol"/>
      </w:rPr>
    </w:lvl>
    <w:lvl w:ilvl="6" w:tplc="43880738">
      <w:start w:val="1"/>
      <w:numFmt w:val="bullet"/>
      <w:lvlText w:val=""/>
      <w:lvlJc w:val="left"/>
      <w:pPr>
        <w:ind w:left="1080" w:hanging="360"/>
      </w:pPr>
      <w:rPr>
        <w:rFonts w:ascii="Symbol" w:hAnsi="Symbol"/>
      </w:rPr>
    </w:lvl>
    <w:lvl w:ilvl="7" w:tplc="729E94BC">
      <w:start w:val="1"/>
      <w:numFmt w:val="bullet"/>
      <w:lvlText w:val=""/>
      <w:lvlJc w:val="left"/>
      <w:pPr>
        <w:ind w:left="1080" w:hanging="360"/>
      </w:pPr>
      <w:rPr>
        <w:rFonts w:ascii="Symbol" w:hAnsi="Symbol"/>
      </w:rPr>
    </w:lvl>
    <w:lvl w:ilvl="8" w:tplc="7CFA124A">
      <w:start w:val="1"/>
      <w:numFmt w:val="bullet"/>
      <w:lvlText w:val=""/>
      <w:lvlJc w:val="left"/>
      <w:pPr>
        <w:ind w:left="1080" w:hanging="360"/>
      </w:pPr>
      <w:rPr>
        <w:rFonts w:ascii="Symbol" w:hAnsi="Symbol"/>
      </w:rPr>
    </w:lvl>
  </w:abstractNum>
  <w:abstractNum w:abstractNumId="22" w15:restartNumberingAfterBreak="0">
    <w:nsid w:val="7A2B2845"/>
    <w:multiLevelType w:val="hybridMultilevel"/>
    <w:tmpl w:val="1AF0B398"/>
    <w:lvl w:ilvl="0" w:tplc="56CEA138">
      <w:start w:val="1"/>
      <w:numFmt w:val="bullet"/>
      <w:lvlText w:val=""/>
      <w:lvlJc w:val="left"/>
      <w:pPr>
        <w:ind w:left="1080" w:hanging="360"/>
      </w:pPr>
      <w:rPr>
        <w:rFonts w:ascii="Symbol" w:hAnsi="Symbol"/>
      </w:rPr>
    </w:lvl>
    <w:lvl w:ilvl="1" w:tplc="677A4696">
      <w:start w:val="1"/>
      <w:numFmt w:val="bullet"/>
      <w:lvlText w:val=""/>
      <w:lvlJc w:val="left"/>
      <w:pPr>
        <w:ind w:left="1080" w:hanging="360"/>
      </w:pPr>
      <w:rPr>
        <w:rFonts w:ascii="Symbol" w:hAnsi="Symbol"/>
      </w:rPr>
    </w:lvl>
    <w:lvl w:ilvl="2" w:tplc="3EE434F6">
      <w:start w:val="1"/>
      <w:numFmt w:val="bullet"/>
      <w:lvlText w:val=""/>
      <w:lvlJc w:val="left"/>
      <w:pPr>
        <w:ind w:left="1080" w:hanging="360"/>
      </w:pPr>
      <w:rPr>
        <w:rFonts w:ascii="Symbol" w:hAnsi="Symbol"/>
      </w:rPr>
    </w:lvl>
    <w:lvl w:ilvl="3" w:tplc="11C61AEA">
      <w:start w:val="1"/>
      <w:numFmt w:val="bullet"/>
      <w:lvlText w:val=""/>
      <w:lvlJc w:val="left"/>
      <w:pPr>
        <w:ind w:left="1080" w:hanging="360"/>
      </w:pPr>
      <w:rPr>
        <w:rFonts w:ascii="Symbol" w:hAnsi="Symbol"/>
      </w:rPr>
    </w:lvl>
    <w:lvl w:ilvl="4" w:tplc="D944C402">
      <w:start w:val="1"/>
      <w:numFmt w:val="bullet"/>
      <w:lvlText w:val=""/>
      <w:lvlJc w:val="left"/>
      <w:pPr>
        <w:ind w:left="1080" w:hanging="360"/>
      </w:pPr>
      <w:rPr>
        <w:rFonts w:ascii="Symbol" w:hAnsi="Symbol"/>
      </w:rPr>
    </w:lvl>
    <w:lvl w:ilvl="5" w:tplc="31BC66AE">
      <w:start w:val="1"/>
      <w:numFmt w:val="bullet"/>
      <w:lvlText w:val=""/>
      <w:lvlJc w:val="left"/>
      <w:pPr>
        <w:ind w:left="1080" w:hanging="360"/>
      </w:pPr>
      <w:rPr>
        <w:rFonts w:ascii="Symbol" w:hAnsi="Symbol"/>
      </w:rPr>
    </w:lvl>
    <w:lvl w:ilvl="6" w:tplc="A4DC29A0">
      <w:start w:val="1"/>
      <w:numFmt w:val="bullet"/>
      <w:lvlText w:val=""/>
      <w:lvlJc w:val="left"/>
      <w:pPr>
        <w:ind w:left="1080" w:hanging="360"/>
      </w:pPr>
      <w:rPr>
        <w:rFonts w:ascii="Symbol" w:hAnsi="Symbol"/>
      </w:rPr>
    </w:lvl>
    <w:lvl w:ilvl="7" w:tplc="52CE395C">
      <w:start w:val="1"/>
      <w:numFmt w:val="bullet"/>
      <w:lvlText w:val=""/>
      <w:lvlJc w:val="left"/>
      <w:pPr>
        <w:ind w:left="1080" w:hanging="360"/>
      </w:pPr>
      <w:rPr>
        <w:rFonts w:ascii="Symbol" w:hAnsi="Symbol"/>
      </w:rPr>
    </w:lvl>
    <w:lvl w:ilvl="8" w:tplc="F0A23094">
      <w:start w:val="1"/>
      <w:numFmt w:val="bullet"/>
      <w:lvlText w:val=""/>
      <w:lvlJc w:val="left"/>
      <w:pPr>
        <w:ind w:left="1080" w:hanging="360"/>
      </w:pPr>
      <w:rPr>
        <w:rFonts w:ascii="Symbol" w:hAnsi="Symbol"/>
      </w:rPr>
    </w:lvl>
  </w:abstractNum>
  <w:abstractNum w:abstractNumId="23" w15:restartNumberingAfterBreak="0">
    <w:nsid w:val="7E44565B"/>
    <w:multiLevelType w:val="hybridMultilevel"/>
    <w:tmpl w:val="3D463336"/>
    <w:lvl w:ilvl="0" w:tplc="285CCF7E">
      <w:start w:val="1"/>
      <w:numFmt w:val="bullet"/>
      <w:lvlText w:val=""/>
      <w:lvlJc w:val="left"/>
      <w:pPr>
        <w:ind w:left="1080" w:hanging="360"/>
      </w:pPr>
      <w:rPr>
        <w:rFonts w:ascii="Symbol" w:hAnsi="Symbol"/>
      </w:rPr>
    </w:lvl>
    <w:lvl w:ilvl="1" w:tplc="D032C086">
      <w:start w:val="1"/>
      <w:numFmt w:val="bullet"/>
      <w:lvlText w:val=""/>
      <w:lvlJc w:val="left"/>
      <w:pPr>
        <w:ind w:left="1080" w:hanging="360"/>
      </w:pPr>
      <w:rPr>
        <w:rFonts w:ascii="Symbol" w:hAnsi="Symbol"/>
      </w:rPr>
    </w:lvl>
    <w:lvl w:ilvl="2" w:tplc="8DC434C6">
      <w:start w:val="1"/>
      <w:numFmt w:val="bullet"/>
      <w:lvlText w:val=""/>
      <w:lvlJc w:val="left"/>
      <w:pPr>
        <w:ind w:left="1080" w:hanging="360"/>
      </w:pPr>
      <w:rPr>
        <w:rFonts w:ascii="Symbol" w:hAnsi="Symbol"/>
      </w:rPr>
    </w:lvl>
    <w:lvl w:ilvl="3" w:tplc="144C3000">
      <w:start w:val="1"/>
      <w:numFmt w:val="bullet"/>
      <w:lvlText w:val=""/>
      <w:lvlJc w:val="left"/>
      <w:pPr>
        <w:ind w:left="1080" w:hanging="360"/>
      </w:pPr>
      <w:rPr>
        <w:rFonts w:ascii="Symbol" w:hAnsi="Symbol"/>
      </w:rPr>
    </w:lvl>
    <w:lvl w:ilvl="4" w:tplc="B88EC228">
      <w:start w:val="1"/>
      <w:numFmt w:val="bullet"/>
      <w:lvlText w:val=""/>
      <w:lvlJc w:val="left"/>
      <w:pPr>
        <w:ind w:left="1080" w:hanging="360"/>
      </w:pPr>
      <w:rPr>
        <w:rFonts w:ascii="Symbol" w:hAnsi="Symbol"/>
      </w:rPr>
    </w:lvl>
    <w:lvl w:ilvl="5" w:tplc="2B0CEBE0">
      <w:start w:val="1"/>
      <w:numFmt w:val="bullet"/>
      <w:lvlText w:val=""/>
      <w:lvlJc w:val="left"/>
      <w:pPr>
        <w:ind w:left="1080" w:hanging="360"/>
      </w:pPr>
      <w:rPr>
        <w:rFonts w:ascii="Symbol" w:hAnsi="Symbol"/>
      </w:rPr>
    </w:lvl>
    <w:lvl w:ilvl="6" w:tplc="96BE5BB0">
      <w:start w:val="1"/>
      <w:numFmt w:val="bullet"/>
      <w:lvlText w:val=""/>
      <w:lvlJc w:val="left"/>
      <w:pPr>
        <w:ind w:left="1080" w:hanging="360"/>
      </w:pPr>
      <w:rPr>
        <w:rFonts w:ascii="Symbol" w:hAnsi="Symbol"/>
      </w:rPr>
    </w:lvl>
    <w:lvl w:ilvl="7" w:tplc="DF90493E">
      <w:start w:val="1"/>
      <w:numFmt w:val="bullet"/>
      <w:lvlText w:val=""/>
      <w:lvlJc w:val="left"/>
      <w:pPr>
        <w:ind w:left="1080" w:hanging="360"/>
      </w:pPr>
      <w:rPr>
        <w:rFonts w:ascii="Symbol" w:hAnsi="Symbol"/>
      </w:rPr>
    </w:lvl>
    <w:lvl w:ilvl="8" w:tplc="6726BDCE">
      <w:start w:val="1"/>
      <w:numFmt w:val="bullet"/>
      <w:lvlText w:val=""/>
      <w:lvlJc w:val="left"/>
      <w:pPr>
        <w:ind w:left="1080" w:hanging="360"/>
      </w:pPr>
      <w:rPr>
        <w:rFonts w:ascii="Symbol" w:hAnsi="Symbol"/>
      </w:rPr>
    </w:lvl>
  </w:abstractNum>
  <w:num w:numId="1" w16cid:durableId="419178800">
    <w:abstractNumId w:val="5"/>
  </w:num>
  <w:num w:numId="2" w16cid:durableId="908271573">
    <w:abstractNumId w:val="3"/>
  </w:num>
  <w:num w:numId="3" w16cid:durableId="885726952">
    <w:abstractNumId w:val="2"/>
  </w:num>
  <w:num w:numId="4" w16cid:durableId="1446584935">
    <w:abstractNumId w:val="4"/>
  </w:num>
  <w:num w:numId="5" w16cid:durableId="1345402103">
    <w:abstractNumId w:val="1"/>
  </w:num>
  <w:num w:numId="6" w16cid:durableId="1187211204">
    <w:abstractNumId w:val="0"/>
  </w:num>
  <w:num w:numId="7" w16cid:durableId="635642675">
    <w:abstractNumId w:val="14"/>
  </w:num>
  <w:num w:numId="8" w16cid:durableId="379981105">
    <w:abstractNumId w:val="10"/>
  </w:num>
  <w:num w:numId="9" w16cid:durableId="1420910293">
    <w:abstractNumId w:val="12"/>
  </w:num>
  <w:num w:numId="10" w16cid:durableId="333730925">
    <w:abstractNumId w:val="22"/>
  </w:num>
  <w:num w:numId="11" w16cid:durableId="602610179">
    <w:abstractNumId w:val="7"/>
  </w:num>
  <w:num w:numId="12" w16cid:durableId="1550261981">
    <w:abstractNumId w:val="13"/>
  </w:num>
  <w:num w:numId="13" w16cid:durableId="10692578">
    <w:abstractNumId w:val="6"/>
  </w:num>
  <w:num w:numId="14" w16cid:durableId="986396448">
    <w:abstractNumId w:val="8"/>
  </w:num>
  <w:num w:numId="15" w16cid:durableId="2043046253">
    <w:abstractNumId w:val="21"/>
  </w:num>
  <w:num w:numId="16" w16cid:durableId="159204097">
    <w:abstractNumId w:val="23"/>
  </w:num>
  <w:num w:numId="17" w16cid:durableId="1404641176">
    <w:abstractNumId w:val="18"/>
  </w:num>
  <w:num w:numId="18" w16cid:durableId="764036570">
    <w:abstractNumId w:val="15"/>
  </w:num>
  <w:num w:numId="19" w16cid:durableId="1557205693">
    <w:abstractNumId w:val="20"/>
  </w:num>
  <w:num w:numId="20" w16cid:durableId="1345282093">
    <w:abstractNumId w:val="17"/>
  </w:num>
  <w:num w:numId="21" w16cid:durableId="1673488165">
    <w:abstractNumId w:val="11"/>
  </w:num>
  <w:num w:numId="22" w16cid:durableId="754059905">
    <w:abstractNumId w:val="16"/>
  </w:num>
  <w:num w:numId="23" w16cid:durableId="121657510">
    <w:abstractNumId w:val="19"/>
  </w:num>
  <w:num w:numId="24" w16cid:durableId="174949520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xVZIHVBEt2Ei8RBxxuJszkOrzzz/OkpkAXLWtSrkQoQea8Mcm3Emdem64RILLgNcCmh9W9EMNX+AapiGzh7zlA==" w:salt="0gWarPEjc0kjDhaydP/cZ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D91"/>
    <w:rsid w:val="0000157E"/>
    <w:rsid w:val="00004C46"/>
    <w:rsid w:val="000112AD"/>
    <w:rsid w:val="000113E1"/>
    <w:rsid w:val="00021111"/>
    <w:rsid w:val="000253FD"/>
    <w:rsid w:val="00026300"/>
    <w:rsid w:val="00026E4A"/>
    <w:rsid w:val="000322A2"/>
    <w:rsid w:val="000326B3"/>
    <w:rsid w:val="00032E2D"/>
    <w:rsid w:val="00033FC6"/>
    <w:rsid w:val="000343CD"/>
    <w:rsid w:val="00034616"/>
    <w:rsid w:val="00035926"/>
    <w:rsid w:val="000359CA"/>
    <w:rsid w:val="00035E3B"/>
    <w:rsid w:val="00037DB2"/>
    <w:rsid w:val="00045861"/>
    <w:rsid w:val="00046E3F"/>
    <w:rsid w:val="000507C8"/>
    <w:rsid w:val="00050BBC"/>
    <w:rsid w:val="00057D1D"/>
    <w:rsid w:val="0006063C"/>
    <w:rsid w:val="00066015"/>
    <w:rsid w:val="00066690"/>
    <w:rsid w:val="0006799B"/>
    <w:rsid w:val="00067C09"/>
    <w:rsid w:val="00071A14"/>
    <w:rsid w:val="00076ED4"/>
    <w:rsid w:val="00080046"/>
    <w:rsid w:val="00082C54"/>
    <w:rsid w:val="0008343A"/>
    <w:rsid w:val="00085F4C"/>
    <w:rsid w:val="00092D4D"/>
    <w:rsid w:val="0009326D"/>
    <w:rsid w:val="00097D9B"/>
    <w:rsid w:val="00097E4F"/>
    <w:rsid w:val="000A2071"/>
    <w:rsid w:val="000A5981"/>
    <w:rsid w:val="000B0190"/>
    <w:rsid w:val="000B35FD"/>
    <w:rsid w:val="000B559E"/>
    <w:rsid w:val="000B7C73"/>
    <w:rsid w:val="000C0B73"/>
    <w:rsid w:val="000C2629"/>
    <w:rsid w:val="000C2D63"/>
    <w:rsid w:val="000C5BBB"/>
    <w:rsid w:val="000D14FD"/>
    <w:rsid w:val="000D6BB5"/>
    <w:rsid w:val="000E06F1"/>
    <w:rsid w:val="000E29BF"/>
    <w:rsid w:val="000E4C80"/>
    <w:rsid w:val="000E54F2"/>
    <w:rsid w:val="000F0FF6"/>
    <w:rsid w:val="000F7DC3"/>
    <w:rsid w:val="00100DE6"/>
    <w:rsid w:val="001019A5"/>
    <w:rsid w:val="00101BFF"/>
    <w:rsid w:val="00101EDF"/>
    <w:rsid w:val="00104FB7"/>
    <w:rsid w:val="00111B31"/>
    <w:rsid w:val="001135B6"/>
    <w:rsid w:val="00114395"/>
    <w:rsid w:val="0011510C"/>
    <w:rsid w:val="0011522F"/>
    <w:rsid w:val="001267CB"/>
    <w:rsid w:val="00134DFB"/>
    <w:rsid w:val="0014012C"/>
    <w:rsid w:val="00141E0D"/>
    <w:rsid w:val="0014410A"/>
    <w:rsid w:val="00146787"/>
    <w:rsid w:val="00146F75"/>
    <w:rsid w:val="00147AB2"/>
    <w:rsid w:val="0015074B"/>
    <w:rsid w:val="001561B5"/>
    <w:rsid w:val="0016578C"/>
    <w:rsid w:val="00167D62"/>
    <w:rsid w:val="00174CCC"/>
    <w:rsid w:val="00183824"/>
    <w:rsid w:val="00184913"/>
    <w:rsid w:val="00190FE0"/>
    <w:rsid w:val="00192F10"/>
    <w:rsid w:val="00192FEA"/>
    <w:rsid w:val="00194621"/>
    <w:rsid w:val="0019485B"/>
    <w:rsid w:val="00194CF8"/>
    <w:rsid w:val="00196805"/>
    <w:rsid w:val="00196E03"/>
    <w:rsid w:val="001A0D5F"/>
    <w:rsid w:val="001A1A4B"/>
    <w:rsid w:val="001A2683"/>
    <w:rsid w:val="001A2E86"/>
    <w:rsid w:val="001A5388"/>
    <w:rsid w:val="001B0B58"/>
    <w:rsid w:val="001B2486"/>
    <w:rsid w:val="001B392F"/>
    <w:rsid w:val="001B4F74"/>
    <w:rsid w:val="001B73DE"/>
    <w:rsid w:val="001C6C91"/>
    <w:rsid w:val="001D0A91"/>
    <w:rsid w:val="001D3204"/>
    <w:rsid w:val="001D39FE"/>
    <w:rsid w:val="001D3AA6"/>
    <w:rsid w:val="001D499B"/>
    <w:rsid w:val="001D5B56"/>
    <w:rsid w:val="001E5C14"/>
    <w:rsid w:val="001E748D"/>
    <w:rsid w:val="001F1800"/>
    <w:rsid w:val="001F31CB"/>
    <w:rsid w:val="002006F8"/>
    <w:rsid w:val="002007C0"/>
    <w:rsid w:val="002065A1"/>
    <w:rsid w:val="002105BB"/>
    <w:rsid w:val="0021270E"/>
    <w:rsid w:val="00215971"/>
    <w:rsid w:val="00215A88"/>
    <w:rsid w:val="00215AAE"/>
    <w:rsid w:val="00220FDA"/>
    <w:rsid w:val="0022112D"/>
    <w:rsid w:val="00221683"/>
    <w:rsid w:val="00235508"/>
    <w:rsid w:val="00236539"/>
    <w:rsid w:val="00241EE4"/>
    <w:rsid w:val="00245072"/>
    <w:rsid w:val="0024529B"/>
    <w:rsid w:val="002528BB"/>
    <w:rsid w:val="002574B6"/>
    <w:rsid w:val="0026042D"/>
    <w:rsid w:val="002629BB"/>
    <w:rsid w:val="00262B88"/>
    <w:rsid w:val="00266CAF"/>
    <w:rsid w:val="002702A6"/>
    <w:rsid w:val="00273CCD"/>
    <w:rsid w:val="00277426"/>
    <w:rsid w:val="00277DF4"/>
    <w:rsid w:val="0028778C"/>
    <w:rsid w:val="002917F9"/>
    <w:rsid w:val="0029639D"/>
    <w:rsid w:val="00296B13"/>
    <w:rsid w:val="0029789F"/>
    <w:rsid w:val="002A29A6"/>
    <w:rsid w:val="002A6C63"/>
    <w:rsid w:val="002A7517"/>
    <w:rsid w:val="002A75C4"/>
    <w:rsid w:val="002A76A2"/>
    <w:rsid w:val="002A775C"/>
    <w:rsid w:val="002B08C9"/>
    <w:rsid w:val="002C074F"/>
    <w:rsid w:val="002C0D44"/>
    <w:rsid w:val="002C389B"/>
    <w:rsid w:val="002C6F54"/>
    <w:rsid w:val="002D1538"/>
    <w:rsid w:val="002E3AFF"/>
    <w:rsid w:val="002E42C7"/>
    <w:rsid w:val="002E6863"/>
    <w:rsid w:val="002E7ED9"/>
    <w:rsid w:val="002F154D"/>
    <w:rsid w:val="002F688C"/>
    <w:rsid w:val="00303E88"/>
    <w:rsid w:val="00305421"/>
    <w:rsid w:val="00305EE4"/>
    <w:rsid w:val="0031092E"/>
    <w:rsid w:val="00312869"/>
    <w:rsid w:val="0031482B"/>
    <w:rsid w:val="00315216"/>
    <w:rsid w:val="00317E07"/>
    <w:rsid w:val="00320531"/>
    <w:rsid w:val="00320C7E"/>
    <w:rsid w:val="00320DAB"/>
    <w:rsid w:val="00322665"/>
    <w:rsid w:val="00323AF2"/>
    <w:rsid w:val="0032402F"/>
    <w:rsid w:val="00325322"/>
    <w:rsid w:val="00326F90"/>
    <w:rsid w:val="00330288"/>
    <w:rsid w:val="00330E32"/>
    <w:rsid w:val="003310E2"/>
    <w:rsid w:val="00331C41"/>
    <w:rsid w:val="0033546D"/>
    <w:rsid w:val="00342D1B"/>
    <w:rsid w:val="00344000"/>
    <w:rsid w:val="0034426D"/>
    <w:rsid w:val="0034735F"/>
    <w:rsid w:val="00351304"/>
    <w:rsid w:val="0035467D"/>
    <w:rsid w:val="00355CB8"/>
    <w:rsid w:val="00357DE6"/>
    <w:rsid w:val="00360FA4"/>
    <w:rsid w:val="00361A11"/>
    <w:rsid w:val="00362E67"/>
    <w:rsid w:val="003648A2"/>
    <w:rsid w:val="0036551A"/>
    <w:rsid w:val="00365600"/>
    <w:rsid w:val="00366178"/>
    <w:rsid w:val="00370DC6"/>
    <w:rsid w:val="00374301"/>
    <w:rsid w:val="0037696B"/>
    <w:rsid w:val="003773D6"/>
    <w:rsid w:val="0038440D"/>
    <w:rsid w:val="00385078"/>
    <w:rsid w:val="003868C2"/>
    <w:rsid w:val="0038791E"/>
    <w:rsid w:val="00387BE6"/>
    <w:rsid w:val="003913C7"/>
    <w:rsid w:val="00397AF6"/>
    <w:rsid w:val="003A42BC"/>
    <w:rsid w:val="003A4775"/>
    <w:rsid w:val="003A4983"/>
    <w:rsid w:val="003A509C"/>
    <w:rsid w:val="003A5613"/>
    <w:rsid w:val="003A66F5"/>
    <w:rsid w:val="003B2131"/>
    <w:rsid w:val="003B41B0"/>
    <w:rsid w:val="003B537F"/>
    <w:rsid w:val="003B6111"/>
    <w:rsid w:val="003C0595"/>
    <w:rsid w:val="003C0AE7"/>
    <w:rsid w:val="003C300A"/>
    <w:rsid w:val="003C3BE8"/>
    <w:rsid w:val="003C5E59"/>
    <w:rsid w:val="003C706B"/>
    <w:rsid w:val="003D03D8"/>
    <w:rsid w:val="003D1DDB"/>
    <w:rsid w:val="003D282B"/>
    <w:rsid w:val="003D4CBF"/>
    <w:rsid w:val="003E26FB"/>
    <w:rsid w:val="003E292B"/>
    <w:rsid w:val="003E37AE"/>
    <w:rsid w:val="003E409D"/>
    <w:rsid w:val="003E5574"/>
    <w:rsid w:val="003E757E"/>
    <w:rsid w:val="003F6DB4"/>
    <w:rsid w:val="003F6DCB"/>
    <w:rsid w:val="004029D5"/>
    <w:rsid w:val="00405BAE"/>
    <w:rsid w:val="0040647A"/>
    <w:rsid w:val="004157B3"/>
    <w:rsid w:val="00417639"/>
    <w:rsid w:val="0042007D"/>
    <w:rsid w:val="00422878"/>
    <w:rsid w:val="00425D3C"/>
    <w:rsid w:val="00427E8B"/>
    <w:rsid w:val="00430F9B"/>
    <w:rsid w:val="0043125E"/>
    <w:rsid w:val="0043237B"/>
    <w:rsid w:val="004336A4"/>
    <w:rsid w:val="004423AF"/>
    <w:rsid w:val="004425D9"/>
    <w:rsid w:val="004432C3"/>
    <w:rsid w:val="00447C7C"/>
    <w:rsid w:val="00450EAF"/>
    <w:rsid w:val="004537D7"/>
    <w:rsid w:val="00455C22"/>
    <w:rsid w:val="004600FA"/>
    <w:rsid w:val="00463B0A"/>
    <w:rsid w:val="00471328"/>
    <w:rsid w:val="00472B01"/>
    <w:rsid w:val="00473207"/>
    <w:rsid w:val="0047367E"/>
    <w:rsid w:val="00480B0D"/>
    <w:rsid w:val="00482372"/>
    <w:rsid w:val="00485C02"/>
    <w:rsid w:val="004965F5"/>
    <w:rsid w:val="00496A49"/>
    <w:rsid w:val="004A3522"/>
    <w:rsid w:val="004A398A"/>
    <w:rsid w:val="004A66ED"/>
    <w:rsid w:val="004A6CD1"/>
    <w:rsid w:val="004B1198"/>
    <w:rsid w:val="004B133E"/>
    <w:rsid w:val="004B2177"/>
    <w:rsid w:val="004C39E9"/>
    <w:rsid w:val="004C5307"/>
    <w:rsid w:val="004D12A9"/>
    <w:rsid w:val="004D166E"/>
    <w:rsid w:val="004D7A7A"/>
    <w:rsid w:val="004E0FEF"/>
    <w:rsid w:val="004E1EFD"/>
    <w:rsid w:val="004E69D2"/>
    <w:rsid w:val="004E75CB"/>
    <w:rsid w:val="004F234E"/>
    <w:rsid w:val="004F406E"/>
    <w:rsid w:val="004F4A13"/>
    <w:rsid w:val="00502454"/>
    <w:rsid w:val="005030C1"/>
    <w:rsid w:val="00505309"/>
    <w:rsid w:val="00506236"/>
    <w:rsid w:val="00510F06"/>
    <w:rsid w:val="00512E34"/>
    <w:rsid w:val="005140A9"/>
    <w:rsid w:val="005174A7"/>
    <w:rsid w:val="00517FCA"/>
    <w:rsid w:val="00520CE0"/>
    <w:rsid w:val="0052444B"/>
    <w:rsid w:val="00525E1D"/>
    <w:rsid w:val="005269AF"/>
    <w:rsid w:val="0053485A"/>
    <w:rsid w:val="00534B3B"/>
    <w:rsid w:val="005424E2"/>
    <w:rsid w:val="00547AFE"/>
    <w:rsid w:val="00552C79"/>
    <w:rsid w:val="00553AD5"/>
    <w:rsid w:val="00554860"/>
    <w:rsid w:val="0055552B"/>
    <w:rsid w:val="005559FA"/>
    <w:rsid w:val="005621E7"/>
    <w:rsid w:val="00571016"/>
    <w:rsid w:val="00571F08"/>
    <w:rsid w:val="0057216F"/>
    <w:rsid w:val="0057685F"/>
    <w:rsid w:val="005811D1"/>
    <w:rsid w:val="005876CE"/>
    <w:rsid w:val="00590830"/>
    <w:rsid w:val="00591962"/>
    <w:rsid w:val="00595602"/>
    <w:rsid w:val="005967FC"/>
    <w:rsid w:val="005A48EB"/>
    <w:rsid w:val="005B0BF1"/>
    <w:rsid w:val="005B13BE"/>
    <w:rsid w:val="005B19C5"/>
    <w:rsid w:val="005B1FD1"/>
    <w:rsid w:val="005B3803"/>
    <w:rsid w:val="005B6070"/>
    <w:rsid w:val="005B77EB"/>
    <w:rsid w:val="005C0854"/>
    <w:rsid w:val="005C0AF7"/>
    <w:rsid w:val="005C49C2"/>
    <w:rsid w:val="005C5378"/>
    <w:rsid w:val="005C711A"/>
    <w:rsid w:val="005D0D9B"/>
    <w:rsid w:val="005D62EA"/>
    <w:rsid w:val="005D66E7"/>
    <w:rsid w:val="005E07CA"/>
    <w:rsid w:val="005E2EE2"/>
    <w:rsid w:val="005E4D3F"/>
    <w:rsid w:val="005E72B4"/>
    <w:rsid w:val="005F4DB4"/>
    <w:rsid w:val="005F6AE7"/>
    <w:rsid w:val="006004F1"/>
    <w:rsid w:val="0060067E"/>
    <w:rsid w:val="00604D74"/>
    <w:rsid w:val="00606366"/>
    <w:rsid w:val="00606C9D"/>
    <w:rsid w:val="00610BB6"/>
    <w:rsid w:val="00613E61"/>
    <w:rsid w:val="00616E1D"/>
    <w:rsid w:val="006173FD"/>
    <w:rsid w:val="006176BA"/>
    <w:rsid w:val="006178CC"/>
    <w:rsid w:val="00617FBD"/>
    <w:rsid w:val="0062196C"/>
    <w:rsid w:val="00621A63"/>
    <w:rsid w:val="006241E8"/>
    <w:rsid w:val="00627497"/>
    <w:rsid w:val="0063212E"/>
    <w:rsid w:val="00640DCD"/>
    <w:rsid w:val="00640E32"/>
    <w:rsid w:val="00641436"/>
    <w:rsid w:val="00642BBF"/>
    <w:rsid w:val="0064510B"/>
    <w:rsid w:val="00650A67"/>
    <w:rsid w:val="0065160C"/>
    <w:rsid w:val="006523A2"/>
    <w:rsid w:val="006533AA"/>
    <w:rsid w:val="00653D6D"/>
    <w:rsid w:val="00655E86"/>
    <w:rsid w:val="00656ED8"/>
    <w:rsid w:val="006574B9"/>
    <w:rsid w:val="00661028"/>
    <w:rsid w:val="006625AC"/>
    <w:rsid w:val="006629B7"/>
    <w:rsid w:val="00663696"/>
    <w:rsid w:val="00665535"/>
    <w:rsid w:val="00665D6B"/>
    <w:rsid w:val="006706ED"/>
    <w:rsid w:val="00672684"/>
    <w:rsid w:val="00673D68"/>
    <w:rsid w:val="0067703F"/>
    <w:rsid w:val="006803A0"/>
    <w:rsid w:val="006835C3"/>
    <w:rsid w:val="0068606B"/>
    <w:rsid w:val="00687901"/>
    <w:rsid w:val="006920D1"/>
    <w:rsid w:val="00692BD1"/>
    <w:rsid w:val="00693743"/>
    <w:rsid w:val="006A1107"/>
    <w:rsid w:val="006A3486"/>
    <w:rsid w:val="006B15E5"/>
    <w:rsid w:val="006B2996"/>
    <w:rsid w:val="006B2F00"/>
    <w:rsid w:val="006B4E34"/>
    <w:rsid w:val="006B4F58"/>
    <w:rsid w:val="006B5D4E"/>
    <w:rsid w:val="006C0A37"/>
    <w:rsid w:val="006C16A0"/>
    <w:rsid w:val="006C2992"/>
    <w:rsid w:val="006C499B"/>
    <w:rsid w:val="006C6251"/>
    <w:rsid w:val="006C6C0B"/>
    <w:rsid w:val="006C7197"/>
    <w:rsid w:val="006D203A"/>
    <w:rsid w:val="006D20A8"/>
    <w:rsid w:val="006D2C2F"/>
    <w:rsid w:val="006D71AE"/>
    <w:rsid w:val="006E0FB4"/>
    <w:rsid w:val="006E110D"/>
    <w:rsid w:val="006E2742"/>
    <w:rsid w:val="006E3464"/>
    <w:rsid w:val="00705CAE"/>
    <w:rsid w:val="007069B7"/>
    <w:rsid w:val="007142AE"/>
    <w:rsid w:val="0071603B"/>
    <w:rsid w:val="0071788C"/>
    <w:rsid w:val="00720DE0"/>
    <w:rsid w:val="007259F8"/>
    <w:rsid w:val="00727F3E"/>
    <w:rsid w:val="00735344"/>
    <w:rsid w:val="0073639A"/>
    <w:rsid w:val="00736736"/>
    <w:rsid w:val="00741E0E"/>
    <w:rsid w:val="00746759"/>
    <w:rsid w:val="00753050"/>
    <w:rsid w:val="00753FEF"/>
    <w:rsid w:val="007543A3"/>
    <w:rsid w:val="00755F12"/>
    <w:rsid w:val="00756FAA"/>
    <w:rsid w:val="0076164E"/>
    <w:rsid w:val="00763891"/>
    <w:rsid w:val="00765082"/>
    <w:rsid w:val="007677E1"/>
    <w:rsid w:val="0077086D"/>
    <w:rsid w:val="00774075"/>
    <w:rsid w:val="007744AD"/>
    <w:rsid w:val="00775036"/>
    <w:rsid w:val="007755E3"/>
    <w:rsid w:val="00776C5D"/>
    <w:rsid w:val="0077725B"/>
    <w:rsid w:val="00777B85"/>
    <w:rsid w:val="007922A4"/>
    <w:rsid w:val="00794CE8"/>
    <w:rsid w:val="00795DB8"/>
    <w:rsid w:val="00795E1F"/>
    <w:rsid w:val="007A0E27"/>
    <w:rsid w:val="007A6BFA"/>
    <w:rsid w:val="007B4917"/>
    <w:rsid w:val="007B5B6C"/>
    <w:rsid w:val="007B6C58"/>
    <w:rsid w:val="007B787A"/>
    <w:rsid w:val="007C0956"/>
    <w:rsid w:val="007C74F8"/>
    <w:rsid w:val="007D0C84"/>
    <w:rsid w:val="007D2B78"/>
    <w:rsid w:val="007D3A9E"/>
    <w:rsid w:val="007D5626"/>
    <w:rsid w:val="007E0AA9"/>
    <w:rsid w:val="007E2CE1"/>
    <w:rsid w:val="007F176C"/>
    <w:rsid w:val="007F4102"/>
    <w:rsid w:val="007F6B56"/>
    <w:rsid w:val="00800B63"/>
    <w:rsid w:val="00801C43"/>
    <w:rsid w:val="008028B8"/>
    <w:rsid w:val="00807BA9"/>
    <w:rsid w:val="008128ED"/>
    <w:rsid w:val="00821BF8"/>
    <w:rsid w:val="008240A5"/>
    <w:rsid w:val="00836C7C"/>
    <w:rsid w:val="00837242"/>
    <w:rsid w:val="00837925"/>
    <w:rsid w:val="00842B1E"/>
    <w:rsid w:val="00842FBC"/>
    <w:rsid w:val="00844AE6"/>
    <w:rsid w:val="0084618D"/>
    <w:rsid w:val="00846765"/>
    <w:rsid w:val="0084694A"/>
    <w:rsid w:val="008506C2"/>
    <w:rsid w:val="00850D93"/>
    <w:rsid w:val="008555D6"/>
    <w:rsid w:val="0085608E"/>
    <w:rsid w:val="0085674E"/>
    <w:rsid w:val="00857D25"/>
    <w:rsid w:val="00860907"/>
    <w:rsid w:val="00865CD5"/>
    <w:rsid w:val="00873F5F"/>
    <w:rsid w:val="0087495D"/>
    <w:rsid w:val="008815F7"/>
    <w:rsid w:val="00881BE4"/>
    <w:rsid w:val="00892F1D"/>
    <w:rsid w:val="0089466F"/>
    <w:rsid w:val="00896772"/>
    <w:rsid w:val="008A3DAC"/>
    <w:rsid w:val="008A6498"/>
    <w:rsid w:val="008B61AA"/>
    <w:rsid w:val="008B72A2"/>
    <w:rsid w:val="008C2BB7"/>
    <w:rsid w:val="008D27B0"/>
    <w:rsid w:val="008D2B09"/>
    <w:rsid w:val="008D397F"/>
    <w:rsid w:val="008E0B03"/>
    <w:rsid w:val="008E0CCE"/>
    <w:rsid w:val="008E1FB0"/>
    <w:rsid w:val="008E217D"/>
    <w:rsid w:val="008E7335"/>
    <w:rsid w:val="008F1159"/>
    <w:rsid w:val="008F2190"/>
    <w:rsid w:val="009014BC"/>
    <w:rsid w:val="00901537"/>
    <w:rsid w:val="009019E7"/>
    <w:rsid w:val="00902744"/>
    <w:rsid w:val="009049EF"/>
    <w:rsid w:val="009052F1"/>
    <w:rsid w:val="00905726"/>
    <w:rsid w:val="00907059"/>
    <w:rsid w:val="00910B68"/>
    <w:rsid w:val="00915C1C"/>
    <w:rsid w:val="009167AC"/>
    <w:rsid w:val="0092029D"/>
    <w:rsid w:val="00926172"/>
    <w:rsid w:val="009322C1"/>
    <w:rsid w:val="00932870"/>
    <w:rsid w:val="00932DEC"/>
    <w:rsid w:val="00935D4F"/>
    <w:rsid w:val="00937E4C"/>
    <w:rsid w:val="00944EEE"/>
    <w:rsid w:val="00947AFF"/>
    <w:rsid w:val="00950016"/>
    <w:rsid w:val="0095041B"/>
    <w:rsid w:val="00953C93"/>
    <w:rsid w:val="00960885"/>
    <w:rsid w:val="00963672"/>
    <w:rsid w:val="00965AFE"/>
    <w:rsid w:val="00971519"/>
    <w:rsid w:val="0097418A"/>
    <w:rsid w:val="00985AC9"/>
    <w:rsid w:val="00991ADE"/>
    <w:rsid w:val="009921D9"/>
    <w:rsid w:val="009A26F9"/>
    <w:rsid w:val="009A3E25"/>
    <w:rsid w:val="009A3F24"/>
    <w:rsid w:val="009A6043"/>
    <w:rsid w:val="009A65CD"/>
    <w:rsid w:val="009A6915"/>
    <w:rsid w:val="009B1C90"/>
    <w:rsid w:val="009B20AE"/>
    <w:rsid w:val="009C2374"/>
    <w:rsid w:val="009C2410"/>
    <w:rsid w:val="009D08F6"/>
    <w:rsid w:val="009D24F7"/>
    <w:rsid w:val="009D45B7"/>
    <w:rsid w:val="009E05E7"/>
    <w:rsid w:val="009E1924"/>
    <w:rsid w:val="009E1A16"/>
    <w:rsid w:val="009E1C92"/>
    <w:rsid w:val="009E2053"/>
    <w:rsid w:val="009E3F30"/>
    <w:rsid w:val="009E44ED"/>
    <w:rsid w:val="009E4A74"/>
    <w:rsid w:val="009E6FD0"/>
    <w:rsid w:val="009F0325"/>
    <w:rsid w:val="009F3281"/>
    <w:rsid w:val="009F4F5F"/>
    <w:rsid w:val="009F54CB"/>
    <w:rsid w:val="009F62F9"/>
    <w:rsid w:val="00A0367F"/>
    <w:rsid w:val="00A056FC"/>
    <w:rsid w:val="00A06FF7"/>
    <w:rsid w:val="00A079E9"/>
    <w:rsid w:val="00A10EB0"/>
    <w:rsid w:val="00A11FA2"/>
    <w:rsid w:val="00A12B30"/>
    <w:rsid w:val="00A13EA6"/>
    <w:rsid w:val="00A20A1D"/>
    <w:rsid w:val="00A22490"/>
    <w:rsid w:val="00A22DE8"/>
    <w:rsid w:val="00A24D29"/>
    <w:rsid w:val="00A24D6D"/>
    <w:rsid w:val="00A32A27"/>
    <w:rsid w:val="00A33CB5"/>
    <w:rsid w:val="00A409E7"/>
    <w:rsid w:val="00A42F31"/>
    <w:rsid w:val="00A438AF"/>
    <w:rsid w:val="00A4499D"/>
    <w:rsid w:val="00A45EB0"/>
    <w:rsid w:val="00A45ECB"/>
    <w:rsid w:val="00A50799"/>
    <w:rsid w:val="00A50B5E"/>
    <w:rsid w:val="00A51272"/>
    <w:rsid w:val="00A526F8"/>
    <w:rsid w:val="00A54DF5"/>
    <w:rsid w:val="00A54F27"/>
    <w:rsid w:val="00A57827"/>
    <w:rsid w:val="00A6055D"/>
    <w:rsid w:val="00A616C7"/>
    <w:rsid w:val="00A63A6C"/>
    <w:rsid w:val="00A70DBC"/>
    <w:rsid w:val="00A70F6A"/>
    <w:rsid w:val="00A73984"/>
    <w:rsid w:val="00A8419F"/>
    <w:rsid w:val="00A8540F"/>
    <w:rsid w:val="00A90C33"/>
    <w:rsid w:val="00A93A8E"/>
    <w:rsid w:val="00A94F90"/>
    <w:rsid w:val="00A96BE2"/>
    <w:rsid w:val="00A97576"/>
    <w:rsid w:val="00A97745"/>
    <w:rsid w:val="00AA06C2"/>
    <w:rsid w:val="00AA1D8D"/>
    <w:rsid w:val="00AB545F"/>
    <w:rsid w:val="00AB5FBD"/>
    <w:rsid w:val="00AD045F"/>
    <w:rsid w:val="00AD4ECC"/>
    <w:rsid w:val="00AE0D49"/>
    <w:rsid w:val="00AE4452"/>
    <w:rsid w:val="00AF09CA"/>
    <w:rsid w:val="00AF1F43"/>
    <w:rsid w:val="00AF4590"/>
    <w:rsid w:val="00B00F83"/>
    <w:rsid w:val="00B03682"/>
    <w:rsid w:val="00B1061A"/>
    <w:rsid w:val="00B1559A"/>
    <w:rsid w:val="00B205CF"/>
    <w:rsid w:val="00B240A0"/>
    <w:rsid w:val="00B25597"/>
    <w:rsid w:val="00B27770"/>
    <w:rsid w:val="00B34A9E"/>
    <w:rsid w:val="00B37CC5"/>
    <w:rsid w:val="00B43C82"/>
    <w:rsid w:val="00B44735"/>
    <w:rsid w:val="00B4479C"/>
    <w:rsid w:val="00B44E53"/>
    <w:rsid w:val="00B45C1B"/>
    <w:rsid w:val="00B47730"/>
    <w:rsid w:val="00B5660A"/>
    <w:rsid w:val="00B608C4"/>
    <w:rsid w:val="00B609F8"/>
    <w:rsid w:val="00B60B05"/>
    <w:rsid w:val="00B61D2B"/>
    <w:rsid w:val="00B62FF6"/>
    <w:rsid w:val="00B6460E"/>
    <w:rsid w:val="00B64F48"/>
    <w:rsid w:val="00B67D3A"/>
    <w:rsid w:val="00B70AFF"/>
    <w:rsid w:val="00B720C5"/>
    <w:rsid w:val="00B758D5"/>
    <w:rsid w:val="00B77613"/>
    <w:rsid w:val="00B84EA9"/>
    <w:rsid w:val="00B85E48"/>
    <w:rsid w:val="00B87EDD"/>
    <w:rsid w:val="00B9181B"/>
    <w:rsid w:val="00B91AD0"/>
    <w:rsid w:val="00B92E42"/>
    <w:rsid w:val="00B93370"/>
    <w:rsid w:val="00B95748"/>
    <w:rsid w:val="00BA1328"/>
    <w:rsid w:val="00BA6D64"/>
    <w:rsid w:val="00BB2059"/>
    <w:rsid w:val="00BC0F43"/>
    <w:rsid w:val="00BC4439"/>
    <w:rsid w:val="00BC726C"/>
    <w:rsid w:val="00BD33E0"/>
    <w:rsid w:val="00BD46D9"/>
    <w:rsid w:val="00BD4810"/>
    <w:rsid w:val="00BD7D22"/>
    <w:rsid w:val="00BE2D3C"/>
    <w:rsid w:val="00BE30D3"/>
    <w:rsid w:val="00BE37B6"/>
    <w:rsid w:val="00BE5AB2"/>
    <w:rsid w:val="00BE6BEE"/>
    <w:rsid w:val="00BE766F"/>
    <w:rsid w:val="00BE7C7D"/>
    <w:rsid w:val="00BF1584"/>
    <w:rsid w:val="00BF2F1D"/>
    <w:rsid w:val="00BF30B9"/>
    <w:rsid w:val="00BF34C5"/>
    <w:rsid w:val="00BF5FD3"/>
    <w:rsid w:val="00BF6E10"/>
    <w:rsid w:val="00BF71E4"/>
    <w:rsid w:val="00C01B4C"/>
    <w:rsid w:val="00C0214D"/>
    <w:rsid w:val="00C07482"/>
    <w:rsid w:val="00C11A86"/>
    <w:rsid w:val="00C15E2C"/>
    <w:rsid w:val="00C1632E"/>
    <w:rsid w:val="00C17180"/>
    <w:rsid w:val="00C205DE"/>
    <w:rsid w:val="00C214FF"/>
    <w:rsid w:val="00C22B7E"/>
    <w:rsid w:val="00C2462E"/>
    <w:rsid w:val="00C27C7E"/>
    <w:rsid w:val="00C3349D"/>
    <w:rsid w:val="00C371B9"/>
    <w:rsid w:val="00C405C0"/>
    <w:rsid w:val="00C40C84"/>
    <w:rsid w:val="00C43C1F"/>
    <w:rsid w:val="00C4452E"/>
    <w:rsid w:val="00C47D3C"/>
    <w:rsid w:val="00C47E84"/>
    <w:rsid w:val="00C514E0"/>
    <w:rsid w:val="00C52DC5"/>
    <w:rsid w:val="00C532B5"/>
    <w:rsid w:val="00C53C3F"/>
    <w:rsid w:val="00C547ED"/>
    <w:rsid w:val="00C66AE4"/>
    <w:rsid w:val="00C71C5E"/>
    <w:rsid w:val="00C72CAF"/>
    <w:rsid w:val="00C737AD"/>
    <w:rsid w:val="00C73DFE"/>
    <w:rsid w:val="00C7487B"/>
    <w:rsid w:val="00C75A70"/>
    <w:rsid w:val="00C8017A"/>
    <w:rsid w:val="00C80872"/>
    <w:rsid w:val="00C841D9"/>
    <w:rsid w:val="00C842E6"/>
    <w:rsid w:val="00C93F21"/>
    <w:rsid w:val="00CA0E4B"/>
    <w:rsid w:val="00CA2DBF"/>
    <w:rsid w:val="00CA3867"/>
    <w:rsid w:val="00CA5A05"/>
    <w:rsid w:val="00CA7177"/>
    <w:rsid w:val="00CB01E1"/>
    <w:rsid w:val="00CB0664"/>
    <w:rsid w:val="00CB1A8E"/>
    <w:rsid w:val="00CB247B"/>
    <w:rsid w:val="00CB26C9"/>
    <w:rsid w:val="00CB6B63"/>
    <w:rsid w:val="00CB7B5A"/>
    <w:rsid w:val="00CC1A1A"/>
    <w:rsid w:val="00CC411B"/>
    <w:rsid w:val="00CC59F4"/>
    <w:rsid w:val="00CD01B1"/>
    <w:rsid w:val="00CD3B52"/>
    <w:rsid w:val="00CD5458"/>
    <w:rsid w:val="00CE139F"/>
    <w:rsid w:val="00CE224A"/>
    <w:rsid w:val="00CF6995"/>
    <w:rsid w:val="00CF703C"/>
    <w:rsid w:val="00D00FF6"/>
    <w:rsid w:val="00D0193C"/>
    <w:rsid w:val="00D0486B"/>
    <w:rsid w:val="00D04E1C"/>
    <w:rsid w:val="00D126D5"/>
    <w:rsid w:val="00D12F52"/>
    <w:rsid w:val="00D155A6"/>
    <w:rsid w:val="00D17A72"/>
    <w:rsid w:val="00D17EEF"/>
    <w:rsid w:val="00D24337"/>
    <w:rsid w:val="00D338B2"/>
    <w:rsid w:val="00D40C64"/>
    <w:rsid w:val="00D43586"/>
    <w:rsid w:val="00D44D24"/>
    <w:rsid w:val="00D44E02"/>
    <w:rsid w:val="00D4542F"/>
    <w:rsid w:val="00D47C4D"/>
    <w:rsid w:val="00D53B82"/>
    <w:rsid w:val="00D54E56"/>
    <w:rsid w:val="00D562C8"/>
    <w:rsid w:val="00D56F5F"/>
    <w:rsid w:val="00D57D9D"/>
    <w:rsid w:val="00D61592"/>
    <w:rsid w:val="00D62D9F"/>
    <w:rsid w:val="00D66595"/>
    <w:rsid w:val="00D70973"/>
    <w:rsid w:val="00D803BC"/>
    <w:rsid w:val="00D86E6C"/>
    <w:rsid w:val="00D8703F"/>
    <w:rsid w:val="00D97B6A"/>
    <w:rsid w:val="00DA3B6E"/>
    <w:rsid w:val="00DA405C"/>
    <w:rsid w:val="00DB094C"/>
    <w:rsid w:val="00DB69AC"/>
    <w:rsid w:val="00DB7A30"/>
    <w:rsid w:val="00DC0BF0"/>
    <w:rsid w:val="00DC2E73"/>
    <w:rsid w:val="00DC5CF3"/>
    <w:rsid w:val="00DD09BE"/>
    <w:rsid w:val="00DD33A5"/>
    <w:rsid w:val="00DD42CF"/>
    <w:rsid w:val="00DD4A9C"/>
    <w:rsid w:val="00DE2991"/>
    <w:rsid w:val="00DE7530"/>
    <w:rsid w:val="00DE7611"/>
    <w:rsid w:val="00DE7B1A"/>
    <w:rsid w:val="00DF1E1C"/>
    <w:rsid w:val="00DF2EA8"/>
    <w:rsid w:val="00DF3173"/>
    <w:rsid w:val="00DF3399"/>
    <w:rsid w:val="00DF4019"/>
    <w:rsid w:val="00DF43CF"/>
    <w:rsid w:val="00DF7428"/>
    <w:rsid w:val="00E023D2"/>
    <w:rsid w:val="00E02D9D"/>
    <w:rsid w:val="00E03A84"/>
    <w:rsid w:val="00E03AC6"/>
    <w:rsid w:val="00E03CCE"/>
    <w:rsid w:val="00E06169"/>
    <w:rsid w:val="00E07216"/>
    <w:rsid w:val="00E122CA"/>
    <w:rsid w:val="00E17744"/>
    <w:rsid w:val="00E22EB7"/>
    <w:rsid w:val="00E24EB8"/>
    <w:rsid w:val="00E25E36"/>
    <w:rsid w:val="00E31BEC"/>
    <w:rsid w:val="00E325E7"/>
    <w:rsid w:val="00E32BBE"/>
    <w:rsid w:val="00E34828"/>
    <w:rsid w:val="00E34F41"/>
    <w:rsid w:val="00E40021"/>
    <w:rsid w:val="00E42744"/>
    <w:rsid w:val="00E4292B"/>
    <w:rsid w:val="00E45724"/>
    <w:rsid w:val="00E46699"/>
    <w:rsid w:val="00E605A2"/>
    <w:rsid w:val="00E60B64"/>
    <w:rsid w:val="00E67D1B"/>
    <w:rsid w:val="00E71785"/>
    <w:rsid w:val="00E71E95"/>
    <w:rsid w:val="00E73011"/>
    <w:rsid w:val="00E745CF"/>
    <w:rsid w:val="00E74BD7"/>
    <w:rsid w:val="00E75522"/>
    <w:rsid w:val="00E8131B"/>
    <w:rsid w:val="00E86677"/>
    <w:rsid w:val="00E938EE"/>
    <w:rsid w:val="00E9398C"/>
    <w:rsid w:val="00EA00D7"/>
    <w:rsid w:val="00EB0DC1"/>
    <w:rsid w:val="00EB15C3"/>
    <w:rsid w:val="00EB2B02"/>
    <w:rsid w:val="00EB38DB"/>
    <w:rsid w:val="00EC2F6C"/>
    <w:rsid w:val="00EC39DE"/>
    <w:rsid w:val="00EC6E41"/>
    <w:rsid w:val="00ED0222"/>
    <w:rsid w:val="00ED2796"/>
    <w:rsid w:val="00ED31E2"/>
    <w:rsid w:val="00ED4B97"/>
    <w:rsid w:val="00ED6DCA"/>
    <w:rsid w:val="00ED715F"/>
    <w:rsid w:val="00ED7268"/>
    <w:rsid w:val="00EE01D9"/>
    <w:rsid w:val="00EE05AA"/>
    <w:rsid w:val="00EE28E5"/>
    <w:rsid w:val="00EE45AD"/>
    <w:rsid w:val="00EE4D7E"/>
    <w:rsid w:val="00EE4F58"/>
    <w:rsid w:val="00EE56A6"/>
    <w:rsid w:val="00EE7958"/>
    <w:rsid w:val="00EF0C2A"/>
    <w:rsid w:val="00EF33B6"/>
    <w:rsid w:val="00EF475A"/>
    <w:rsid w:val="00EF523E"/>
    <w:rsid w:val="00EF6564"/>
    <w:rsid w:val="00F167F1"/>
    <w:rsid w:val="00F2031D"/>
    <w:rsid w:val="00F21845"/>
    <w:rsid w:val="00F2475C"/>
    <w:rsid w:val="00F24CD3"/>
    <w:rsid w:val="00F268EA"/>
    <w:rsid w:val="00F277E6"/>
    <w:rsid w:val="00F31778"/>
    <w:rsid w:val="00F32497"/>
    <w:rsid w:val="00F3304C"/>
    <w:rsid w:val="00F33A35"/>
    <w:rsid w:val="00F3772E"/>
    <w:rsid w:val="00F40ED7"/>
    <w:rsid w:val="00F42114"/>
    <w:rsid w:val="00F43C21"/>
    <w:rsid w:val="00F518EA"/>
    <w:rsid w:val="00F52EA0"/>
    <w:rsid w:val="00F566AF"/>
    <w:rsid w:val="00F62033"/>
    <w:rsid w:val="00F6311C"/>
    <w:rsid w:val="00F63364"/>
    <w:rsid w:val="00F66BC4"/>
    <w:rsid w:val="00F6712F"/>
    <w:rsid w:val="00F706C6"/>
    <w:rsid w:val="00F71B66"/>
    <w:rsid w:val="00F72E38"/>
    <w:rsid w:val="00F76E38"/>
    <w:rsid w:val="00F82EE7"/>
    <w:rsid w:val="00F84644"/>
    <w:rsid w:val="00F907BC"/>
    <w:rsid w:val="00F96D8D"/>
    <w:rsid w:val="00FA0413"/>
    <w:rsid w:val="00FA06A3"/>
    <w:rsid w:val="00FA32B9"/>
    <w:rsid w:val="00FA41E1"/>
    <w:rsid w:val="00FA6126"/>
    <w:rsid w:val="00FA6BA3"/>
    <w:rsid w:val="00FC0A43"/>
    <w:rsid w:val="00FC21C9"/>
    <w:rsid w:val="00FC60BB"/>
    <w:rsid w:val="00FC693F"/>
    <w:rsid w:val="00FD29B7"/>
    <w:rsid w:val="00FD49E5"/>
    <w:rsid w:val="00FD64B7"/>
    <w:rsid w:val="00FE2783"/>
    <w:rsid w:val="00FE2BD8"/>
    <w:rsid w:val="00FE4F07"/>
    <w:rsid w:val="00FE77F9"/>
    <w:rsid w:val="00FF0A84"/>
    <w:rsid w:val="00FF5E8F"/>
    <w:rsid w:val="00FF6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7297AB"/>
  <w14:defaultImageDpi w14:val="300"/>
  <w15:docId w15:val="{A9F656E4-A031-4F63-B7D1-3B3A7289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3D6"/>
    <w:pPr>
      <w:spacing w:after="160" w:line="278" w:lineRule="auto"/>
    </w:pPr>
    <w:rPr>
      <w:rFonts w:ascii="Aptos" w:eastAsia="Aptos" w:hAnsi="Aptos" w:cs="Times New Roman"/>
      <w:kern w:val="2"/>
      <w:lang w:val="en-AU"/>
      <w14:ligatures w14:val="standardContextual"/>
    </w:rPr>
  </w:style>
  <w:style w:type="paragraph" w:styleId="Heading1">
    <w:name w:val="heading 1"/>
    <w:basedOn w:val="Normal"/>
    <w:next w:val="Normal"/>
    <w:link w:val="Heading1Char"/>
    <w:uiPriority w:val="9"/>
    <w:qFormat/>
    <w:rsid w:val="00836C7C"/>
    <w:pPr>
      <w:outlineLvl w:val="0"/>
    </w:pPr>
    <w:rPr>
      <w:b/>
      <w:bCs/>
      <w:color w:val="005574"/>
      <w:sz w:val="32"/>
      <w:szCs w:val="32"/>
    </w:rPr>
  </w:style>
  <w:style w:type="paragraph" w:styleId="Heading2">
    <w:name w:val="heading 2"/>
    <w:basedOn w:val="Normal"/>
    <w:next w:val="Normal"/>
    <w:link w:val="Heading2Char"/>
    <w:uiPriority w:val="9"/>
    <w:unhideWhenUsed/>
    <w:qFormat/>
    <w:rsid w:val="00F84644"/>
    <w:pPr>
      <w:numPr>
        <w:numId w:val="7"/>
      </w:numPr>
      <w:spacing w:before="240"/>
      <w:outlineLvl w:val="1"/>
    </w:pPr>
    <w:rPr>
      <w:b/>
      <w:bCs/>
      <w:color w:val="005574"/>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qFormat/>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36C7C"/>
    <w:rPr>
      <w:rFonts w:ascii="Aptos" w:eastAsia="Aptos" w:hAnsi="Aptos" w:cs="Times New Roman"/>
      <w:b/>
      <w:bCs/>
      <w:color w:val="005574"/>
      <w:kern w:val="2"/>
      <w:sz w:val="32"/>
      <w:szCs w:val="32"/>
      <w:lang w:val="en-AU"/>
      <w14:ligatures w14:val="standardContextual"/>
    </w:rPr>
  </w:style>
  <w:style w:type="character" w:customStyle="1" w:styleId="Heading2Char">
    <w:name w:val="Heading 2 Char"/>
    <w:basedOn w:val="DefaultParagraphFont"/>
    <w:link w:val="Heading2"/>
    <w:uiPriority w:val="9"/>
    <w:rsid w:val="00F84644"/>
    <w:rPr>
      <w:rFonts w:ascii="Aptos" w:eastAsia="Aptos" w:hAnsi="Aptos" w:cs="Times New Roman"/>
      <w:b/>
      <w:bCs/>
      <w:color w:val="005574"/>
      <w:kern w:val="2"/>
      <w:sz w:val="24"/>
      <w:szCs w:val="24"/>
      <w:lang w:val="en-AU"/>
      <w14:ligatures w14:val="standardContextual"/>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907059"/>
    <w:pPr>
      <w:spacing w:line="240" w:lineRule="auto"/>
    </w:pPr>
    <w:rPr>
      <w:rFonts w:ascii="Aptos Display" w:hAnsi="Aptos Display"/>
      <w:b/>
      <w:bCs/>
      <w:color w:val="E21A23"/>
      <w:sz w:val="48"/>
      <w:szCs w:val="48"/>
    </w:rPr>
  </w:style>
  <w:style w:type="character" w:customStyle="1" w:styleId="TitleChar">
    <w:name w:val="Title Char"/>
    <w:basedOn w:val="DefaultParagraphFont"/>
    <w:link w:val="Title"/>
    <w:uiPriority w:val="10"/>
    <w:rsid w:val="00907059"/>
    <w:rPr>
      <w:rFonts w:ascii="Aptos Display" w:eastAsia="Aptos" w:hAnsi="Aptos Display" w:cs="Times New Roman"/>
      <w:b/>
      <w:bCs/>
      <w:color w:val="E21A23"/>
      <w:kern w:val="2"/>
      <w:sz w:val="48"/>
      <w:szCs w:val="48"/>
      <w:lang w:val="en-AU"/>
      <w14:ligatures w14:val="standardContextual"/>
    </w:rPr>
  </w:style>
  <w:style w:type="paragraph" w:styleId="Subtitle">
    <w:name w:val="Subtitle"/>
    <w:basedOn w:val="Normal"/>
    <w:next w:val="Normal"/>
    <w:link w:val="SubtitleChar"/>
    <w:uiPriority w:val="11"/>
    <w:qFormat/>
    <w:rsid w:val="00857D25"/>
    <w:rPr>
      <w:b/>
      <w:bCs/>
    </w:rPr>
  </w:style>
  <w:style w:type="character" w:customStyle="1" w:styleId="SubtitleChar">
    <w:name w:val="Subtitle Char"/>
    <w:basedOn w:val="DefaultParagraphFont"/>
    <w:link w:val="Subtitle"/>
    <w:uiPriority w:val="11"/>
    <w:rsid w:val="00857D25"/>
    <w:rPr>
      <w:rFonts w:ascii="Aptos" w:eastAsia="Aptos" w:hAnsi="Aptos" w:cs="Times New Roman"/>
      <w:b/>
      <w:bCs/>
      <w:kern w:val="2"/>
      <w:lang w:val="en-AU"/>
      <w14:ligatures w14:val="standardContextual"/>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836C7C"/>
    <w:rPr>
      <w:i/>
      <w:iCs/>
    </w:rPr>
  </w:style>
  <w:style w:type="character" w:customStyle="1" w:styleId="QuoteChar">
    <w:name w:val="Quote Char"/>
    <w:basedOn w:val="DefaultParagraphFont"/>
    <w:link w:val="Quote"/>
    <w:uiPriority w:val="29"/>
    <w:rsid w:val="00836C7C"/>
    <w:rPr>
      <w:rFonts w:ascii="Aptos" w:eastAsia="Aptos" w:hAnsi="Aptos" w:cs="Times New Roman"/>
      <w:i/>
      <w:iCs/>
      <w:kern w:val="2"/>
      <w:lang w:val="en-AU"/>
      <w14:ligatures w14:val="standardContextual"/>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uiPriority w:val="22"/>
    <w:qFormat/>
    <w:rsid w:val="00836C7C"/>
    <w:rPr>
      <w:rFonts w:ascii="Aptos" w:eastAsia="Aptos" w:hAnsi="Aptos" w:cs="Times New Roman"/>
      <w:b/>
      <w:bCs/>
      <w:color w:val="005574"/>
      <w:kern w:val="2"/>
      <w:lang w:val="en-AU"/>
      <w14:ligatures w14:val="standardContextual"/>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21270E"/>
    <w:rPr>
      <w:sz w:val="16"/>
      <w:szCs w:val="16"/>
    </w:rPr>
  </w:style>
  <w:style w:type="paragraph" w:styleId="CommentText">
    <w:name w:val="annotation text"/>
    <w:basedOn w:val="Normal"/>
    <w:link w:val="CommentTextChar"/>
    <w:uiPriority w:val="99"/>
    <w:unhideWhenUsed/>
    <w:rsid w:val="0021270E"/>
    <w:pPr>
      <w:spacing w:line="240" w:lineRule="auto"/>
    </w:pPr>
    <w:rPr>
      <w:sz w:val="20"/>
      <w:szCs w:val="20"/>
    </w:rPr>
  </w:style>
  <w:style w:type="character" w:customStyle="1" w:styleId="CommentTextChar">
    <w:name w:val="Comment Text Char"/>
    <w:basedOn w:val="DefaultParagraphFont"/>
    <w:link w:val="CommentText"/>
    <w:uiPriority w:val="99"/>
    <w:rsid w:val="0021270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1270E"/>
    <w:rPr>
      <w:b/>
      <w:bCs/>
    </w:rPr>
  </w:style>
  <w:style w:type="character" w:customStyle="1" w:styleId="CommentSubjectChar">
    <w:name w:val="Comment Subject Char"/>
    <w:basedOn w:val="CommentTextChar"/>
    <w:link w:val="CommentSubject"/>
    <w:uiPriority w:val="99"/>
    <w:semiHidden/>
    <w:rsid w:val="0021270E"/>
    <w:rPr>
      <w:rFonts w:ascii="Calibri" w:hAnsi="Calibri"/>
      <w:b/>
      <w:bCs/>
      <w:sz w:val="20"/>
      <w:szCs w:val="20"/>
    </w:rPr>
  </w:style>
  <w:style w:type="character" w:styleId="Hyperlink">
    <w:name w:val="Hyperlink"/>
    <w:basedOn w:val="DefaultParagraphFont"/>
    <w:uiPriority w:val="99"/>
    <w:unhideWhenUsed/>
    <w:rsid w:val="003B6111"/>
    <w:rPr>
      <w:color w:val="0000FF" w:themeColor="hyperlink"/>
      <w:u w:val="single"/>
    </w:rPr>
  </w:style>
  <w:style w:type="character" w:styleId="UnresolvedMention">
    <w:name w:val="Unresolved Mention"/>
    <w:basedOn w:val="DefaultParagraphFont"/>
    <w:uiPriority w:val="99"/>
    <w:semiHidden/>
    <w:unhideWhenUsed/>
    <w:rsid w:val="003B6111"/>
    <w:rPr>
      <w:color w:val="605E5C"/>
      <w:shd w:val="clear" w:color="auto" w:fill="E1DFDD"/>
    </w:rPr>
  </w:style>
  <w:style w:type="paragraph" w:styleId="Revision">
    <w:name w:val="Revision"/>
    <w:hidden/>
    <w:uiPriority w:val="99"/>
    <w:semiHidden/>
    <w:rsid w:val="00DE7530"/>
    <w:pPr>
      <w:spacing w:after="0" w:line="240" w:lineRule="auto"/>
    </w:pPr>
    <w:rPr>
      <w:rFonts w:ascii="Calibri" w:hAnsi="Calibri"/>
    </w:rPr>
  </w:style>
  <w:style w:type="paragraph" w:styleId="TOC1">
    <w:name w:val="toc 1"/>
    <w:basedOn w:val="Normal"/>
    <w:next w:val="Normal"/>
    <w:autoRedefine/>
    <w:uiPriority w:val="39"/>
    <w:unhideWhenUsed/>
    <w:rsid w:val="002574B6"/>
    <w:pPr>
      <w:spacing w:after="100"/>
    </w:pPr>
  </w:style>
  <w:style w:type="paragraph" w:styleId="TOC2">
    <w:name w:val="toc 2"/>
    <w:basedOn w:val="Normal"/>
    <w:next w:val="Normal"/>
    <w:autoRedefine/>
    <w:uiPriority w:val="39"/>
    <w:unhideWhenUsed/>
    <w:rsid w:val="002574B6"/>
    <w:pPr>
      <w:spacing w:after="100"/>
      <w:ind w:left="220"/>
    </w:pPr>
  </w:style>
  <w:style w:type="paragraph" w:styleId="TOC3">
    <w:name w:val="toc 3"/>
    <w:basedOn w:val="Normal"/>
    <w:next w:val="Normal"/>
    <w:autoRedefine/>
    <w:uiPriority w:val="39"/>
    <w:unhideWhenUsed/>
    <w:rsid w:val="002574B6"/>
    <w:pPr>
      <w:spacing w:after="100"/>
      <w:ind w:left="440"/>
    </w:pPr>
  </w:style>
  <w:style w:type="character" w:styleId="Mention">
    <w:name w:val="Mention"/>
    <w:basedOn w:val="DefaultParagraphFont"/>
    <w:uiPriority w:val="99"/>
    <w:unhideWhenUsed/>
    <w:rsid w:val="003A66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nsw.org.au/wp-content/uploads/2026/07/MDNSW-Innovator-Grants-Budget-Template.xlsx" TargetMode="External"/><Relationship Id="rId18" Type="http://schemas.openxmlformats.org/officeDocument/2006/relationships/header" Target="header3.xml"/><Relationship Id="rId26" Type="http://schemas.openxmlformats.org/officeDocument/2006/relationships/hyperlink" Target="mailto:info@mdnsw.org.au?subject=MDNSW%20Innovator%20Grants%20Program%20Enquiry"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info@mdnsw.org.au" TargetMode="External"/><Relationship Id="rId17" Type="http://schemas.openxmlformats.org/officeDocument/2006/relationships/footer" Target="footer2.xml"/><Relationship Id="rId25" Type="http://schemas.openxmlformats.org/officeDocument/2006/relationships/hyperlink" Target="http://www.mdnsw.org.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info@mdnsw.org.au?subject=MDNSW%20Innovator%20Grants%20Program%20Enquiry" TargetMode="External"/><Relationship Id="rId27" Type="http://schemas.openxmlformats.org/officeDocument/2006/relationships/hyperlink" Target="http://www.mdnsw.org.au"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96700648FBB84FAC5EC511FB852C36" ma:contentTypeVersion="15" ma:contentTypeDescription="Create a new document." ma:contentTypeScope="" ma:versionID="0f6c37a91bafe9d85b50c0fc04390249">
  <xsd:schema xmlns:xsd="http://www.w3.org/2001/XMLSchema" xmlns:xs="http://www.w3.org/2001/XMLSchema" xmlns:p="http://schemas.microsoft.com/office/2006/metadata/properties" xmlns:ns2="83f0d8f4-58af-4f57-ad85-0a0faba7c7d3" xmlns:ns3="33498f5e-8ae7-4596-bf71-c9c708b31a79" targetNamespace="http://schemas.microsoft.com/office/2006/metadata/properties" ma:root="true" ma:fieldsID="6fa86f575123f086b34b7f4c198d7b07" ns2:_="" ns3:_="">
    <xsd:import namespace="83f0d8f4-58af-4f57-ad85-0a0faba7c7d3"/>
    <xsd:import namespace="33498f5e-8ae7-4596-bf71-c9c708b31a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0d8f4-58af-4f57-ad85-0a0faba7c7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7df28a3-ff88-4a92-8eca-2bdaf6a5ff5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98f5e-8ae7-4596-bf71-c9c708b31a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2acf327-95ff-4ff4-add0-b20d6d0cd687}" ma:internalName="TaxCatchAll" ma:showField="CatchAllData" ma:web="33498f5e-8ae7-4596-bf71-c9c708b31a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3498f5e-8ae7-4596-bf71-c9c708b31a79" xsi:nil="true"/>
    <lcf76f155ced4ddcb4097134ff3c332f xmlns="83f0d8f4-58af-4f57-ad85-0a0faba7c7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08D954-1CFB-4285-8D66-60FA72848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0d8f4-58af-4f57-ad85-0a0faba7c7d3"/>
    <ds:schemaRef ds:uri="33498f5e-8ae7-4596-bf71-c9c708b31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8E5653-13B9-4F74-8F41-FDF5F4CA4589}">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EBA9AE15-59C3-431E-A8F8-09C875E28222}">
  <ds:schemaRefs>
    <ds:schemaRef ds:uri="http://schemas.microsoft.com/office/2006/metadata/properties"/>
    <ds:schemaRef ds:uri="http://schemas.microsoft.com/office/infopath/2007/PartnerControls"/>
    <ds:schemaRef ds:uri="33498f5e-8ae7-4596-bf71-c9c708b31a79"/>
    <ds:schemaRef ds:uri="83f0d8f4-58af-4f57-ad85-0a0faba7c7d3"/>
  </ds:schemaRefs>
</ds:datastoreItem>
</file>

<file path=docProps/app.xml><?xml version="1.0" encoding="utf-8"?>
<Properties xmlns="http://schemas.openxmlformats.org/officeDocument/2006/extended-properties" xmlns:vt="http://schemas.openxmlformats.org/officeDocument/2006/docPropsVTypes">
  <Template>Normal</Template>
  <TotalTime>4431</TotalTime>
  <Pages>8</Pages>
  <Words>1072</Words>
  <Characters>6117</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7175</CharactersWithSpaces>
  <SharedDoc>false</SharedDoc>
  <HyperlinkBase/>
  <HLinks>
    <vt:vector size="18" baseType="variant">
      <vt:variant>
        <vt:i4>3604580</vt:i4>
      </vt:variant>
      <vt:variant>
        <vt:i4>0</vt:i4>
      </vt:variant>
      <vt:variant>
        <vt:i4>0</vt:i4>
      </vt:variant>
      <vt:variant>
        <vt:i4>5</vt:i4>
      </vt:variant>
      <vt:variant>
        <vt:lpwstr>https://musculardystrophynsw.sharepoint.com/:x:/s/MarketingEngagement/IQDwQGQSFaW7TJT7aLzG7SBSAWBCQwiWZZdPiI8VZLJYVAg?e=BaNXTx</vt:lpwstr>
      </vt:variant>
      <vt:variant>
        <vt:lpwstr/>
      </vt:variant>
      <vt:variant>
        <vt:i4>1638464</vt:i4>
      </vt:variant>
      <vt:variant>
        <vt:i4>3</vt:i4>
      </vt:variant>
      <vt:variant>
        <vt:i4>0</vt:i4>
      </vt:variant>
      <vt:variant>
        <vt:i4>5</vt:i4>
      </vt:variant>
      <vt:variant>
        <vt:lpwstr>http://www.mdnsw.org.au/</vt:lpwstr>
      </vt:variant>
      <vt:variant>
        <vt:lpwstr/>
      </vt:variant>
      <vt:variant>
        <vt:i4>5308450</vt:i4>
      </vt:variant>
      <vt:variant>
        <vt:i4>0</vt:i4>
      </vt:variant>
      <vt:variant>
        <vt:i4>0</vt:i4>
      </vt:variant>
      <vt:variant>
        <vt:i4>5</vt:i4>
      </vt:variant>
      <vt:variant>
        <vt:lpwstr>mailto:info@mdnsw.org.au?subject=MDNSW%20Innovator%20Grants%20Program%20Enquiry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Katherine Wakeling</cp:lastModifiedBy>
  <cp:revision>706</cp:revision>
  <cp:lastPrinted>2026-05-28T03:58:00Z</cp:lastPrinted>
  <dcterms:created xsi:type="dcterms:W3CDTF">2026-05-24T09:35:00Z</dcterms:created>
  <dcterms:modified xsi:type="dcterms:W3CDTF">2026-07-30T01:53:00Z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0x010100B396700648FBB84FAC5EC511FB852C36</vt:lpwstr>
  </property>
  <property fmtid="{D5CDD505-2E9C-101B-9397-08002B2CF9AE}" pid="3" name="MediaServiceImageTags">
    <vt:lpwstr/>
  </property>
</Properties>
</file>